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29F5" w14:textId="77777777" w:rsidR="00842165" w:rsidRPr="00353067" w:rsidRDefault="005F22B3">
      <w:pPr>
        <w:jc w:val="center"/>
        <w:rPr>
          <w:sz w:val="24"/>
          <w:szCs w:val="28"/>
        </w:rPr>
      </w:pPr>
      <w:r w:rsidRPr="00353067">
        <w:rPr>
          <w:b/>
          <w:color w:val="007094"/>
          <w:sz w:val="40"/>
          <w:szCs w:val="28"/>
        </w:rPr>
        <w:t>Pearson Level 3 AAQ BTEC National</w:t>
      </w:r>
    </w:p>
    <w:p w14:paraId="21F98548" w14:textId="77777777" w:rsidR="00842165" w:rsidRPr="00353067" w:rsidRDefault="005F22B3">
      <w:pPr>
        <w:jc w:val="center"/>
        <w:rPr>
          <w:sz w:val="24"/>
          <w:szCs w:val="28"/>
        </w:rPr>
      </w:pPr>
      <w:r w:rsidRPr="00353067">
        <w:rPr>
          <w:b/>
          <w:color w:val="007094"/>
          <w:sz w:val="96"/>
          <w:szCs w:val="28"/>
        </w:rPr>
        <w:t>Medical Science</w:t>
      </w:r>
    </w:p>
    <w:p w14:paraId="7C7AD67F" w14:textId="77777777" w:rsidR="00842165" w:rsidRPr="00353067" w:rsidRDefault="005F22B3">
      <w:pPr>
        <w:jc w:val="center"/>
        <w:rPr>
          <w:sz w:val="24"/>
          <w:szCs w:val="28"/>
        </w:rPr>
      </w:pPr>
      <w:r w:rsidRPr="00353067">
        <w:rPr>
          <w:b/>
          <w:sz w:val="52"/>
          <w:szCs w:val="28"/>
        </w:rPr>
        <w:t>Extended Certificate</w:t>
      </w:r>
    </w:p>
    <w:p w14:paraId="0F83C0F3" w14:textId="77777777" w:rsidR="00842165" w:rsidRPr="00353067" w:rsidRDefault="005F22B3">
      <w:pPr>
        <w:jc w:val="center"/>
        <w:rPr>
          <w:sz w:val="24"/>
          <w:szCs w:val="28"/>
        </w:rPr>
      </w:pPr>
      <w:r w:rsidRPr="00353067">
        <w:rPr>
          <w:b/>
          <w:color w:val="68311F"/>
          <w:sz w:val="44"/>
          <w:szCs w:val="28"/>
        </w:rPr>
        <w:t>Summer Transition Work - Essential Preparation</w:t>
      </w:r>
    </w:p>
    <w:p w14:paraId="4C8DD2AA" w14:textId="77777777" w:rsidR="00842165" w:rsidRPr="00353067" w:rsidRDefault="00842165">
      <w:pPr>
        <w:rPr>
          <w:sz w:val="24"/>
          <w:szCs w:val="28"/>
        </w:rPr>
      </w:pPr>
    </w:p>
    <w:tbl>
      <w:tblPr>
        <w:tblW w:w="0" w:type="auto"/>
        <w:jc w:val="center"/>
        <w:tblLook w:val="04A0" w:firstRow="1" w:lastRow="0" w:firstColumn="1" w:lastColumn="0" w:noHBand="0" w:noVBand="1"/>
      </w:tblPr>
      <w:tblGrid>
        <w:gridCol w:w="2292"/>
        <w:gridCol w:w="8004"/>
      </w:tblGrid>
      <w:tr w:rsidR="00842165" w:rsidRPr="00353067" w14:paraId="1425FA70" w14:textId="77777777" w:rsidTr="003B30DF">
        <w:trPr>
          <w:jc w:val="center"/>
        </w:trPr>
        <w:tc>
          <w:tcPr>
            <w:tcW w:w="2292" w:type="dxa"/>
            <w:tcBorders>
              <w:top w:val="single" w:sz="6" w:space="0" w:color="7EC8D7"/>
              <w:left w:val="single" w:sz="6" w:space="0" w:color="7EC8D7"/>
              <w:bottom w:val="single" w:sz="6" w:space="0" w:color="7EC8D7"/>
              <w:right w:val="single" w:sz="6" w:space="0" w:color="7EC8D7"/>
            </w:tcBorders>
            <w:shd w:val="clear" w:color="auto" w:fill="D9EAF7"/>
            <w:vAlign w:val="center"/>
          </w:tcPr>
          <w:p w14:paraId="77D799EC" w14:textId="77777777" w:rsidR="00842165" w:rsidRPr="00353067" w:rsidRDefault="005F22B3">
            <w:pPr>
              <w:rPr>
                <w:sz w:val="24"/>
                <w:szCs w:val="28"/>
              </w:rPr>
            </w:pPr>
            <w:r w:rsidRPr="00353067">
              <w:rPr>
                <w:b/>
                <w:sz w:val="24"/>
                <w:szCs w:val="28"/>
              </w:rPr>
              <w:t>Name</w:t>
            </w:r>
          </w:p>
        </w:tc>
        <w:tc>
          <w:tcPr>
            <w:tcW w:w="8004" w:type="dxa"/>
            <w:tcBorders>
              <w:top w:val="single" w:sz="6" w:space="0" w:color="7EC8D7"/>
              <w:left w:val="single" w:sz="6" w:space="0" w:color="7EC8D7"/>
              <w:bottom w:val="single" w:sz="6" w:space="0" w:color="7EC8D7"/>
              <w:right w:val="single" w:sz="6" w:space="0" w:color="7EC8D7"/>
            </w:tcBorders>
            <w:vAlign w:val="center"/>
          </w:tcPr>
          <w:p w14:paraId="2538EE98" w14:textId="77777777" w:rsidR="00842165" w:rsidRPr="00353067" w:rsidRDefault="00842165">
            <w:pPr>
              <w:rPr>
                <w:sz w:val="24"/>
                <w:szCs w:val="28"/>
              </w:rPr>
            </w:pPr>
          </w:p>
        </w:tc>
      </w:tr>
      <w:tr w:rsidR="00842165" w:rsidRPr="00353067" w14:paraId="466CB970" w14:textId="77777777" w:rsidTr="003B30DF">
        <w:trPr>
          <w:jc w:val="center"/>
        </w:trPr>
        <w:tc>
          <w:tcPr>
            <w:tcW w:w="2292" w:type="dxa"/>
            <w:tcBorders>
              <w:top w:val="single" w:sz="6" w:space="0" w:color="7EC8D7"/>
              <w:left w:val="single" w:sz="6" w:space="0" w:color="7EC8D7"/>
              <w:bottom w:val="single" w:sz="6" w:space="0" w:color="7EC8D7"/>
              <w:right w:val="single" w:sz="6" w:space="0" w:color="7EC8D7"/>
            </w:tcBorders>
            <w:shd w:val="clear" w:color="auto" w:fill="D9EAF7"/>
            <w:vAlign w:val="center"/>
          </w:tcPr>
          <w:p w14:paraId="10055D87" w14:textId="77777777" w:rsidR="00842165" w:rsidRPr="00353067" w:rsidRDefault="005F22B3">
            <w:pPr>
              <w:rPr>
                <w:sz w:val="24"/>
                <w:szCs w:val="28"/>
              </w:rPr>
            </w:pPr>
            <w:r w:rsidRPr="00353067">
              <w:rPr>
                <w:b/>
                <w:sz w:val="24"/>
                <w:szCs w:val="28"/>
              </w:rPr>
              <w:t>GCSE Science route</w:t>
            </w:r>
          </w:p>
        </w:tc>
        <w:tc>
          <w:tcPr>
            <w:tcW w:w="8004" w:type="dxa"/>
            <w:tcBorders>
              <w:top w:val="single" w:sz="6" w:space="0" w:color="7EC8D7"/>
              <w:left w:val="single" w:sz="6" w:space="0" w:color="7EC8D7"/>
              <w:bottom w:val="single" w:sz="6" w:space="0" w:color="7EC8D7"/>
              <w:right w:val="single" w:sz="6" w:space="0" w:color="7EC8D7"/>
            </w:tcBorders>
            <w:vAlign w:val="center"/>
          </w:tcPr>
          <w:p w14:paraId="38E1B86B" w14:textId="77777777" w:rsidR="00842165" w:rsidRPr="00353067" w:rsidRDefault="005F22B3">
            <w:pPr>
              <w:rPr>
                <w:sz w:val="24"/>
                <w:szCs w:val="28"/>
              </w:rPr>
            </w:pPr>
            <w:r w:rsidRPr="00353067">
              <w:rPr>
                <w:sz w:val="24"/>
                <w:szCs w:val="28"/>
              </w:rPr>
              <w:t>OCR Combined Science / GCSE Biology</w:t>
            </w:r>
          </w:p>
        </w:tc>
      </w:tr>
      <w:tr w:rsidR="00842165" w:rsidRPr="00353067" w14:paraId="2E98CB49" w14:textId="77777777" w:rsidTr="003B30DF">
        <w:trPr>
          <w:jc w:val="center"/>
        </w:trPr>
        <w:tc>
          <w:tcPr>
            <w:tcW w:w="2292" w:type="dxa"/>
            <w:tcBorders>
              <w:top w:val="single" w:sz="6" w:space="0" w:color="7EC8D7"/>
              <w:left w:val="single" w:sz="6" w:space="0" w:color="7EC8D7"/>
              <w:bottom w:val="single" w:sz="6" w:space="0" w:color="7EC8D7"/>
              <w:right w:val="single" w:sz="6" w:space="0" w:color="7EC8D7"/>
            </w:tcBorders>
            <w:shd w:val="clear" w:color="auto" w:fill="D9EAF7"/>
            <w:vAlign w:val="center"/>
          </w:tcPr>
          <w:p w14:paraId="2F49AA16" w14:textId="77777777" w:rsidR="00842165" w:rsidRPr="00353067" w:rsidRDefault="005F22B3">
            <w:pPr>
              <w:rPr>
                <w:sz w:val="24"/>
                <w:szCs w:val="28"/>
              </w:rPr>
            </w:pPr>
            <w:r w:rsidRPr="00353067">
              <w:rPr>
                <w:b/>
                <w:sz w:val="24"/>
                <w:szCs w:val="28"/>
              </w:rPr>
              <w:t>Due date</w:t>
            </w:r>
          </w:p>
        </w:tc>
        <w:tc>
          <w:tcPr>
            <w:tcW w:w="8004" w:type="dxa"/>
            <w:tcBorders>
              <w:top w:val="single" w:sz="6" w:space="0" w:color="7EC8D7"/>
              <w:left w:val="single" w:sz="6" w:space="0" w:color="7EC8D7"/>
              <w:bottom w:val="single" w:sz="6" w:space="0" w:color="7EC8D7"/>
              <w:right w:val="single" w:sz="6" w:space="0" w:color="7EC8D7"/>
            </w:tcBorders>
            <w:vAlign w:val="center"/>
          </w:tcPr>
          <w:p w14:paraId="380EE5F5" w14:textId="77777777" w:rsidR="00842165" w:rsidRPr="00353067" w:rsidRDefault="005F22B3">
            <w:pPr>
              <w:rPr>
                <w:sz w:val="24"/>
                <w:szCs w:val="28"/>
              </w:rPr>
            </w:pPr>
            <w:r w:rsidRPr="00353067">
              <w:rPr>
                <w:sz w:val="24"/>
                <w:szCs w:val="28"/>
              </w:rPr>
              <w:t>First lesson in September</w:t>
            </w:r>
          </w:p>
        </w:tc>
      </w:tr>
    </w:tbl>
    <w:p w14:paraId="36BB7CD9" w14:textId="77777777" w:rsidR="00842165" w:rsidRPr="00353067" w:rsidRDefault="00842165">
      <w:pPr>
        <w:rPr>
          <w:sz w:val="24"/>
          <w:szCs w:val="28"/>
        </w:rPr>
      </w:pPr>
    </w:p>
    <w:p w14:paraId="51B155B1" w14:textId="77777777" w:rsidR="00842165" w:rsidRPr="00353067" w:rsidRDefault="005F22B3">
      <w:pPr>
        <w:jc w:val="center"/>
        <w:rPr>
          <w:sz w:val="24"/>
          <w:szCs w:val="28"/>
        </w:rPr>
      </w:pPr>
      <w:r w:rsidRPr="00353067">
        <w:rPr>
          <w:sz w:val="28"/>
          <w:szCs w:val="28"/>
        </w:rPr>
        <w:t>This booklet bridges GCSE Biology knowledge into Medical Science AAQ Level 3 study. It should be completed before the course begins and brought to your first Medical Science lessons.</w:t>
      </w:r>
    </w:p>
    <w:p w14:paraId="1B313E5F" w14:textId="77777777" w:rsidR="00842165" w:rsidRPr="00353067" w:rsidRDefault="005F22B3">
      <w:pPr>
        <w:rPr>
          <w:sz w:val="24"/>
          <w:szCs w:val="28"/>
        </w:rPr>
      </w:pPr>
      <w:r w:rsidRPr="00353067">
        <w:rPr>
          <w:sz w:val="24"/>
          <w:szCs w:val="28"/>
        </w:rPr>
        <w:br w:type="page"/>
      </w:r>
    </w:p>
    <w:p w14:paraId="4B327889" w14:textId="77777777" w:rsidR="00842165" w:rsidRPr="00353067" w:rsidRDefault="005F22B3">
      <w:pPr>
        <w:pStyle w:val="Heading1"/>
        <w:rPr>
          <w:rFonts w:ascii="Aptos" w:hAnsi="Aptos"/>
          <w:sz w:val="44"/>
          <w:szCs w:val="36"/>
        </w:rPr>
      </w:pPr>
      <w:r w:rsidRPr="00353067">
        <w:rPr>
          <w:rFonts w:ascii="Aptos" w:hAnsi="Aptos"/>
          <w:color w:val="007094"/>
          <w:sz w:val="44"/>
          <w:szCs w:val="36"/>
        </w:rPr>
        <w:lastRenderedPageBreak/>
        <w:t>Welcome to Medical Science AAQ</w:t>
      </w:r>
    </w:p>
    <w:p w14:paraId="6A46F82F" w14:textId="77777777" w:rsidR="00842165" w:rsidRPr="00353067" w:rsidRDefault="005F22B3">
      <w:pPr>
        <w:rPr>
          <w:sz w:val="24"/>
          <w:szCs w:val="28"/>
        </w:rPr>
      </w:pPr>
      <w:r w:rsidRPr="00353067">
        <w:rPr>
          <w:b/>
          <w:sz w:val="24"/>
          <w:szCs w:val="28"/>
        </w:rPr>
        <w:t>Summer Transition Work - Essential Preparation</w:t>
      </w:r>
    </w:p>
    <w:p w14:paraId="3FAC09CD" w14:textId="77777777" w:rsidR="00842165" w:rsidRPr="00353067" w:rsidRDefault="005F22B3">
      <w:pPr>
        <w:rPr>
          <w:sz w:val="24"/>
          <w:szCs w:val="28"/>
        </w:rPr>
      </w:pPr>
      <w:r w:rsidRPr="00353067">
        <w:rPr>
          <w:sz w:val="24"/>
          <w:szCs w:val="28"/>
        </w:rPr>
        <w:t>Congratulations on choosing Medical Science. This bridging work must be completed before you start the course and will be assessed during the first few weeks of the Autumn term. The purpose of this booklet is to help you successfully transition from OCR GCSE Combined Science to the knowledge, skills and independent study required for Medical Science AAQ Level 3.</w:t>
      </w:r>
    </w:p>
    <w:p w14:paraId="4600D870" w14:textId="77777777" w:rsidR="00842165" w:rsidRPr="00353067" w:rsidRDefault="005F22B3">
      <w:pPr>
        <w:rPr>
          <w:sz w:val="24"/>
          <w:szCs w:val="28"/>
        </w:rPr>
      </w:pPr>
      <w:r w:rsidRPr="00353067">
        <w:rPr>
          <w:sz w:val="24"/>
          <w:szCs w:val="28"/>
        </w:rPr>
        <w:t>The jump from GCSE to Level 3 study is significant. At GCSE you were often required to recall scientific knowledge and apply it to familiar situations. At Level 3, you will be expected to explain biological processes in greater depth, interpret scientific data, evaluate evidence and apply your knowledge to unfamiliar medical and scientific contexts.</w:t>
      </w:r>
    </w:p>
    <w:p w14:paraId="297C07CC" w14:textId="77777777" w:rsidR="00842165" w:rsidRPr="00353067" w:rsidRDefault="005F22B3">
      <w:pPr>
        <w:rPr>
          <w:sz w:val="24"/>
          <w:szCs w:val="28"/>
        </w:rPr>
      </w:pPr>
      <w:r w:rsidRPr="00353067">
        <w:rPr>
          <w:sz w:val="24"/>
          <w:szCs w:val="28"/>
        </w:rPr>
        <w:t>Completing this booklet will give you a strong foundation for the start of the course and help develop the scientific knowledge and study skills needed for success.</w:t>
      </w:r>
    </w:p>
    <w:p w14:paraId="1643DF0D" w14:textId="77777777" w:rsidR="00842165" w:rsidRPr="00353067" w:rsidRDefault="005F22B3">
      <w:pPr>
        <w:pStyle w:val="Heading2"/>
        <w:rPr>
          <w:rFonts w:ascii="Aptos" w:hAnsi="Aptos"/>
          <w:sz w:val="36"/>
          <w:szCs w:val="32"/>
        </w:rPr>
      </w:pPr>
      <w:r w:rsidRPr="00353067">
        <w:rPr>
          <w:rFonts w:ascii="Aptos" w:hAnsi="Aptos"/>
          <w:sz w:val="36"/>
          <w:szCs w:val="32"/>
        </w:rPr>
        <w:t>What Will You Study?</w:t>
      </w:r>
    </w:p>
    <w:p w14:paraId="44D0A334" w14:textId="77777777" w:rsidR="00842165" w:rsidRPr="00353067" w:rsidRDefault="005F22B3">
      <w:pPr>
        <w:rPr>
          <w:sz w:val="24"/>
          <w:szCs w:val="28"/>
        </w:rPr>
      </w:pPr>
      <w:r w:rsidRPr="00353067">
        <w:rPr>
          <w:sz w:val="24"/>
          <w:szCs w:val="28"/>
        </w:rPr>
        <w:t>The Medical Science AAQ qualification develops your understanding of biology, human physiology, pathology, health issues, microbiology and practical scientific reporting through theoretical and applied learning.</w:t>
      </w:r>
    </w:p>
    <w:p w14:paraId="1311E58C" w14:textId="77777777" w:rsidR="00842165" w:rsidRPr="00353067" w:rsidRDefault="005F22B3">
      <w:pPr>
        <w:pStyle w:val="ListBullet"/>
        <w:rPr>
          <w:sz w:val="24"/>
          <w:szCs w:val="28"/>
        </w:rPr>
      </w:pPr>
      <w:r w:rsidRPr="00353067">
        <w:rPr>
          <w:sz w:val="24"/>
          <w:szCs w:val="28"/>
        </w:rPr>
        <w:t>Develop advanced scientific knowledge and understanding.</w:t>
      </w:r>
    </w:p>
    <w:p w14:paraId="309FF5AA" w14:textId="77777777" w:rsidR="00842165" w:rsidRPr="00353067" w:rsidRDefault="005F22B3">
      <w:pPr>
        <w:pStyle w:val="ListBullet"/>
        <w:rPr>
          <w:sz w:val="24"/>
          <w:szCs w:val="28"/>
        </w:rPr>
      </w:pPr>
      <w:r w:rsidRPr="00353067">
        <w:rPr>
          <w:sz w:val="24"/>
          <w:szCs w:val="28"/>
        </w:rPr>
        <w:t>Apply biological and medical concepts to real-world situations.</w:t>
      </w:r>
    </w:p>
    <w:p w14:paraId="03A05161" w14:textId="77777777" w:rsidR="00842165" w:rsidRPr="00353067" w:rsidRDefault="005F22B3">
      <w:pPr>
        <w:pStyle w:val="ListBullet"/>
        <w:rPr>
          <w:sz w:val="24"/>
          <w:szCs w:val="28"/>
        </w:rPr>
      </w:pPr>
      <w:r w:rsidRPr="00353067">
        <w:rPr>
          <w:sz w:val="24"/>
          <w:szCs w:val="28"/>
        </w:rPr>
        <w:t>Analyse and interpret scientific data.</w:t>
      </w:r>
    </w:p>
    <w:p w14:paraId="385EA8D1" w14:textId="77777777" w:rsidR="00842165" w:rsidRPr="00353067" w:rsidRDefault="005F22B3">
      <w:pPr>
        <w:pStyle w:val="ListBullet"/>
        <w:rPr>
          <w:sz w:val="24"/>
          <w:szCs w:val="28"/>
        </w:rPr>
      </w:pPr>
      <w:r w:rsidRPr="00353067">
        <w:rPr>
          <w:sz w:val="24"/>
          <w:szCs w:val="28"/>
        </w:rPr>
        <w:t>Evaluate scientific evidence and reliability.</w:t>
      </w:r>
    </w:p>
    <w:p w14:paraId="227F24B5" w14:textId="77777777" w:rsidR="00842165" w:rsidRPr="00353067" w:rsidRDefault="005F22B3">
      <w:pPr>
        <w:pStyle w:val="ListBullet"/>
        <w:rPr>
          <w:sz w:val="24"/>
          <w:szCs w:val="28"/>
        </w:rPr>
      </w:pPr>
      <w:r w:rsidRPr="00353067">
        <w:rPr>
          <w:sz w:val="24"/>
          <w:szCs w:val="28"/>
        </w:rPr>
        <w:t>Develop practical laboratory skills, including microbiology skills.</w:t>
      </w:r>
    </w:p>
    <w:p w14:paraId="02AFF1E0" w14:textId="77777777" w:rsidR="00842165" w:rsidRPr="00353067" w:rsidRDefault="005F22B3">
      <w:pPr>
        <w:pStyle w:val="ListBullet"/>
        <w:rPr>
          <w:sz w:val="24"/>
          <w:szCs w:val="28"/>
        </w:rPr>
      </w:pPr>
      <w:r w:rsidRPr="00353067">
        <w:rPr>
          <w:sz w:val="24"/>
          <w:szCs w:val="28"/>
        </w:rPr>
        <w:t>Communicate scientific ideas using accurate terminology.</w:t>
      </w:r>
    </w:p>
    <w:p w14:paraId="32DEC1BE" w14:textId="77777777" w:rsidR="00842165" w:rsidRPr="00353067" w:rsidRDefault="005F22B3">
      <w:pPr>
        <w:pStyle w:val="ListBullet"/>
        <w:rPr>
          <w:sz w:val="24"/>
          <w:szCs w:val="28"/>
        </w:rPr>
      </w:pPr>
      <w:r w:rsidRPr="00353067">
        <w:rPr>
          <w:sz w:val="24"/>
          <w:szCs w:val="28"/>
        </w:rPr>
        <w:t>Complete investigations, research activities and assignment-based tasks.</w:t>
      </w:r>
    </w:p>
    <w:p w14:paraId="26BB65AD" w14:textId="77777777" w:rsidR="00842165" w:rsidRPr="00353067" w:rsidRDefault="005F22B3">
      <w:pPr>
        <w:rPr>
          <w:sz w:val="24"/>
          <w:szCs w:val="28"/>
        </w:rPr>
      </w:pPr>
      <w:r w:rsidRPr="00353067">
        <w:rPr>
          <w:sz w:val="24"/>
          <w:szCs w:val="28"/>
        </w:rPr>
        <w:t>The qualification is designed to support progression into higher education, apprenticeships and careers in healthcare, medical science, laboratory science and related technical sectors.</w:t>
      </w:r>
    </w:p>
    <w:tbl>
      <w:tblPr>
        <w:tblW w:w="0" w:type="auto"/>
        <w:jc w:val="center"/>
        <w:tblLook w:val="04A0" w:firstRow="1" w:lastRow="0" w:firstColumn="1" w:lastColumn="0" w:noHBand="0" w:noVBand="1"/>
      </w:tblPr>
      <w:tblGrid>
        <w:gridCol w:w="10080"/>
      </w:tblGrid>
      <w:tr w:rsidR="00842165" w:rsidRPr="00353067" w14:paraId="144873C7" w14:textId="77777777">
        <w:trPr>
          <w:jc w:val="center"/>
        </w:trPr>
        <w:tc>
          <w:tcPr>
            <w:tcW w:w="10080" w:type="dxa"/>
            <w:tcBorders>
              <w:top w:val="single" w:sz="8" w:space="0" w:color="7EC8D7"/>
              <w:left w:val="single" w:sz="8" w:space="0" w:color="7EC8D7"/>
              <w:bottom w:val="single" w:sz="8" w:space="0" w:color="7EC8D7"/>
              <w:right w:val="single" w:sz="8" w:space="0" w:color="7EC8D7"/>
            </w:tcBorders>
            <w:shd w:val="clear" w:color="auto" w:fill="EAF7F9"/>
          </w:tcPr>
          <w:p w14:paraId="7E386B8B" w14:textId="77777777" w:rsidR="00842165" w:rsidRPr="00353067" w:rsidRDefault="005F22B3">
            <w:pPr>
              <w:rPr>
                <w:sz w:val="24"/>
                <w:szCs w:val="28"/>
              </w:rPr>
            </w:pPr>
            <w:r w:rsidRPr="00353067">
              <w:rPr>
                <w:b/>
                <w:color w:val="007094"/>
                <w:sz w:val="28"/>
                <w:szCs w:val="28"/>
              </w:rPr>
              <w:t>Independent study expectation</w:t>
            </w:r>
          </w:p>
          <w:p w14:paraId="5582C18F" w14:textId="77777777" w:rsidR="00842165" w:rsidRPr="00353067" w:rsidRDefault="005F22B3">
            <w:pPr>
              <w:spacing w:after="40"/>
              <w:rPr>
                <w:sz w:val="24"/>
                <w:szCs w:val="28"/>
              </w:rPr>
            </w:pPr>
            <w:r w:rsidRPr="00353067">
              <w:rPr>
                <w:sz w:val="24"/>
                <w:szCs w:val="28"/>
              </w:rPr>
              <w:t>Your GCSE knowledge is assumed knowledge. Level 3 lessons will build from this foundation rather than re-teach GCSE content. You should use free periods to complete coursework, consolidate class notes, practise exam questions, read ahead and revise key terminology.</w:t>
            </w:r>
          </w:p>
        </w:tc>
      </w:tr>
    </w:tbl>
    <w:p w14:paraId="3A8E5131" w14:textId="77777777" w:rsidR="00842165" w:rsidRPr="00353067" w:rsidRDefault="00842165">
      <w:pPr>
        <w:rPr>
          <w:sz w:val="24"/>
          <w:szCs w:val="28"/>
        </w:rPr>
      </w:pPr>
    </w:p>
    <w:p w14:paraId="00CD8B9D" w14:textId="77777777" w:rsidR="00842165" w:rsidRPr="00353067" w:rsidRDefault="005F22B3">
      <w:pPr>
        <w:rPr>
          <w:sz w:val="24"/>
          <w:szCs w:val="28"/>
        </w:rPr>
      </w:pPr>
      <w:r w:rsidRPr="00353067">
        <w:rPr>
          <w:sz w:val="24"/>
          <w:szCs w:val="28"/>
        </w:rPr>
        <w:br w:type="page"/>
      </w:r>
    </w:p>
    <w:p w14:paraId="6871AC19" w14:textId="77777777" w:rsidR="00842165" w:rsidRPr="00353067" w:rsidRDefault="005F22B3">
      <w:pPr>
        <w:pStyle w:val="Heading1"/>
        <w:rPr>
          <w:rFonts w:ascii="Aptos" w:hAnsi="Aptos"/>
          <w:sz w:val="44"/>
          <w:szCs w:val="36"/>
        </w:rPr>
      </w:pPr>
      <w:r w:rsidRPr="00353067">
        <w:rPr>
          <w:rFonts w:ascii="Aptos" w:hAnsi="Aptos"/>
          <w:color w:val="007094"/>
          <w:sz w:val="44"/>
          <w:szCs w:val="36"/>
        </w:rPr>
        <w:lastRenderedPageBreak/>
        <w:t>Course Structure at a Glance</w:t>
      </w:r>
    </w:p>
    <w:p w14:paraId="6BE41F69" w14:textId="77777777" w:rsidR="00842165" w:rsidRPr="00353067" w:rsidRDefault="005F22B3">
      <w:pPr>
        <w:rPr>
          <w:sz w:val="24"/>
          <w:szCs w:val="28"/>
        </w:rPr>
      </w:pPr>
      <w:r w:rsidRPr="00353067">
        <w:rPr>
          <w:sz w:val="24"/>
          <w:szCs w:val="28"/>
        </w:rPr>
        <w:t>The exact optional unit delivered may vary by centre, but the Medical Science Extended Certificate is built around externally assessed exam units and internally assessed assignment units.</w:t>
      </w:r>
    </w:p>
    <w:tbl>
      <w:tblPr>
        <w:tblStyle w:val="TableGrid"/>
        <w:tblW w:w="0" w:type="auto"/>
        <w:jc w:val="center"/>
        <w:tblLook w:val="04A0" w:firstRow="1" w:lastRow="0" w:firstColumn="1" w:lastColumn="0" w:noHBand="0" w:noVBand="1"/>
      </w:tblPr>
      <w:tblGrid>
        <w:gridCol w:w="672"/>
        <w:gridCol w:w="3465"/>
        <w:gridCol w:w="916"/>
        <w:gridCol w:w="1565"/>
        <w:gridCol w:w="3573"/>
      </w:tblGrid>
      <w:tr w:rsidR="00842165" w:rsidRPr="00353067" w14:paraId="6C5990C0" w14:textId="77777777" w:rsidTr="003B30DF">
        <w:trPr>
          <w:jc w:val="center"/>
        </w:trPr>
        <w:tc>
          <w:tcPr>
            <w:tcW w:w="596" w:type="dxa"/>
            <w:shd w:val="clear" w:color="auto" w:fill="007094"/>
            <w:vAlign w:val="center"/>
          </w:tcPr>
          <w:p w14:paraId="2995ECC4" w14:textId="77777777" w:rsidR="00842165" w:rsidRPr="00353067" w:rsidRDefault="005F22B3">
            <w:pPr>
              <w:rPr>
                <w:sz w:val="24"/>
                <w:szCs w:val="36"/>
              </w:rPr>
            </w:pPr>
            <w:r w:rsidRPr="00353067">
              <w:rPr>
                <w:b/>
                <w:color w:val="FFFFFF"/>
                <w:sz w:val="24"/>
                <w:szCs w:val="36"/>
              </w:rPr>
              <w:t>Unit</w:t>
            </w:r>
          </w:p>
        </w:tc>
        <w:tc>
          <w:tcPr>
            <w:tcW w:w="3465" w:type="dxa"/>
            <w:shd w:val="clear" w:color="auto" w:fill="007094"/>
            <w:vAlign w:val="center"/>
          </w:tcPr>
          <w:p w14:paraId="77A8EB26" w14:textId="77777777" w:rsidR="00842165" w:rsidRPr="00353067" w:rsidRDefault="005F22B3">
            <w:pPr>
              <w:rPr>
                <w:sz w:val="24"/>
                <w:szCs w:val="36"/>
              </w:rPr>
            </w:pPr>
            <w:r w:rsidRPr="00353067">
              <w:rPr>
                <w:b/>
                <w:color w:val="FFFFFF"/>
                <w:sz w:val="24"/>
                <w:szCs w:val="36"/>
              </w:rPr>
              <w:t>Title</w:t>
            </w:r>
          </w:p>
        </w:tc>
        <w:tc>
          <w:tcPr>
            <w:tcW w:w="916" w:type="dxa"/>
            <w:shd w:val="clear" w:color="auto" w:fill="007094"/>
            <w:vAlign w:val="center"/>
          </w:tcPr>
          <w:p w14:paraId="265209BE" w14:textId="77777777" w:rsidR="00842165" w:rsidRPr="00353067" w:rsidRDefault="005F22B3">
            <w:pPr>
              <w:rPr>
                <w:sz w:val="24"/>
                <w:szCs w:val="36"/>
              </w:rPr>
            </w:pPr>
            <w:r w:rsidRPr="00353067">
              <w:rPr>
                <w:b/>
                <w:color w:val="FFFFFF"/>
                <w:sz w:val="24"/>
                <w:szCs w:val="36"/>
              </w:rPr>
              <w:t>GLH</w:t>
            </w:r>
          </w:p>
        </w:tc>
        <w:tc>
          <w:tcPr>
            <w:tcW w:w="1559" w:type="dxa"/>
            <w:shd w:val="clear" w:color="auto" w:fill="007094"/>
            <w:vAlign w:val="center"/>
          </w:tcPr>
          <w:p w14:paraId="344C7818" w14:textId="77777777" w:rsidR="00842165" w:rsidRPr="00353067" w:rsidRDefault="005F22B3">
            <w:pPr>
              <w:rPr>
                <w:sz w:val="24"/>
                <w:szCs w:val="36"/>
              </w:rPr>
            </w:pPr>
            <w:r w:rsidRPr="00353067">
              <w:rPr>
                <w:b/>
                <w:color w:val="FFFFFF"/>
                <w:sz w:val="24"/>
                <w:szCs w:val="36"/>
              </w:rPr>
              <w:t>Assessment</w:t>
            </w:r>
          </w:p>
        </w:tc>
        <w:tc>
          <w:tcPr>
            <w:tcW w:w="3573" w:type="dxa"/>
            <w:shd w:val="clear" w:color="auto" w:fill="007094"/>
            <w:vAlign w:val="center"/>
          </w:tcPr>
          <w:p w14:paraId="74A801CA" w14:textId="77777777" w:rsidR="00842165" w:rsidRPr="00353067" w:rsidRDefault="005F22B3">
            <w:pPr>
              <w:rPr>
                <w:sz w:val="24"/>
                <w:szCs w:val="36"/>
              </w:rPr>
            </w:pPr>
            <w:r w:rsidRPr="00353067">
              <w:rPr>
                <w:b/>
                <w:color w:val="FFFFFF"/>
                <w:sz w:val="24"/>
                <w:szCs w:val="36"/>
              </w:rPr>
              <w:t>Why it matters</w:t>
            </w:r>
          </w:p>
        </w:tc>
      </w:tr>
      <w:tr w:rsidR="00842165" w:rsidRPr="00353067" w14:paraId="76583E68" w14:textId="77777777" w:rsidTr="003B30DF">
        <w:trPr>
          <w:jc w:val="center"/>
        </w:trPr>
        <w:tc>
          <w:tcPr>
            <w:tcW w:w="596" w:type="dxa"/>
            <w:vAlign w:val="center"/>
          </w:tcPr>
          <w:p w14:paraId="43130505" w14:textId="77777777" w:rsidR="00842165" w:rsidRPr="00353067" w:rsidRDefault="005F22B3">
            <w:pPr>
              <w:rPr>
                <w:sz w:val="22"/>
                <w:szCs w:val="32"/>
              </w:rPr>
            </w:pPr>
            <w:r w:rsidRPr="00353067">
              <w:rPr>
                <w:sz w:val="22"/>
                <w:szCs w:val="32"/>
              </w:rPr>
              <w:t>1</w:t>
            </w:r>
          </w:p>
        </w:tc>
        <w:tc>
          <w:tcPr>
            <w:tcW w:w="3465" w:type="dxa"/>
            <w:vAlign w:val="center"/>
          </w:tcPr>
          <w:p w14:paraId="4BB4609D" w14:textId="77777777" w:rsidR="00842165" w:rsidRPr="00353067" w:rsidRDefault="005F22B3">
            <w:pPr>
              <w:rPr>
                <w:sz w:val="22"/>
                <w:szCs w:val="32"/>
              </w:rPr>
            </w:pPr>
            <w:r w:rsidRPr="00353067">
              <w:rPr>
                <w:sz w:val="22"/>
                <w:szCs w:val="32"/>
              </w:rPr>
              <w:t>Principles of Human Physiology, Anatomy and Pathology</w:t>
            </w:r>
          </w:p>
        </w:tc>
        <w:tc>
          <w:tcPr>
            <w:tcW w:w="916" w:type="dxa"/>
            <w:vAlign w:val="center"/>
          </w:tcPr>
          <w:p w14:paraId="61EB5208" w14:textId="77777777" w:rsidR="00842165" w:rsidRPr="00353067" w:rsidRDefault="005F22B3">
            <w:pPr>
              <w:rPr>
                <w:sz w:val="22"/>
                <w:szCs w:val="32"/>
              </w:rPr>
            </w:pPr>
            <w:r w:rsidRPr="00353067">
              <w:rPr>
                <w:sz w:val="22"/>
                <w:szCs w:val="32"/>
              </w:rPr>
              <w:t>90</w:t>
            </w:r>
          </w:p>
        </w:tc>
        <w:tc>
          <w:tcPr>
            <w:tcW w:w="1559" w:type="dxa"/>
            <w:vAlign w:val="center"/>
          </w:tcPr>
          <w:p w14:paraId="1BB6E56F" w14:textId="77777777" w:rsidR="00842165" w:rsidRPr="00353067" w:rsidRDefault="005F22B3">
            <w:pPr>
              <w:rPr>
                <w:sz w:val="22"/>
                <w:szCs w:val="32"/>
              </w:rPr>
            </w:pPr>
            <w:r w:rsidRPr="00353067">
              <w:rPr>
                <w:sz w:val="22"/>
                <w:szCs w:val="32"/>
              </w:rPr>
              <w:t>External exam</w:t>
            </w:r>
          </w:p>
        </w:tc>
        <w:tc>
          <w:tcPr>
            <w:tcW w:w="3573" w:type="dxa"/>
            <w:vAlign w:val="center"/>
          </w:tcPr>
          <w:p w14:paraId="528C95B6" w14:textId="77777777" w:rsidR="00842165" w:rsidRPr="00353067" w:rsidRDefault="005F22B3">
            <w:pPr>
              <w:rPr>
                <w:sz w:val="22"/>
                <w:szCs w:val="32"/>
              </w:rPr>
            </w:pPr>
            <w:r w:rsidRPr="00353067">
              <w:rPr>
                <w:sz w:val="22"/>
                <w:szCs w:val="32"/>
              </w:rPr>
              <w:t>Human body systems, cell ultrastructure, pathology and data interpretation.</w:t>
            </w:r>
          </w:p>
        </w:tc>
      </w:tr>
      <w:tr w:rsidR="00842165" w:rsidRPr="00353067" w14:paraId="11BFEAEC" w14:textId="77777777" w:rsidTr="003B30DF">
        <w:trPr>
          <w:jc w:val="center"/>
        </w:trPr>
        <w:tc>
          <w:tcPr>
            <w:tcW w:w="596" w:type="dxa"/>
            <w:vAlign w:val="center"/>
          </w:tcPr>
          <w:p w14:paraId="325F0D13" w14:textId="77777777" w:rsidR="00842165" w:rsidRPr="00353067" w:rsidRDefault="005F22B3">
            <w:pPr>
              <w:rPr>
                <w:sz w:val="22"/>
                <w:szCs w:val="32"/>
              </w:rPr>
            </w:pPr>
            <w:r w:rsidRPr="00353067">
              <w:rPr>
                <w:sz w:val="22"/>
                <w:szCs w:val="32"/>
              </w:rPr>
              <w:t>2</w:t>
            </w:r>
          </w:p>
        </w:tc>
        <w:tc>
          <w:tcPr>
            <w:tcW w:w="3465" w:type="dxa"/>
            <w:vAlign w:val="center"/>
          </w:tcPr>
          <w:p w14:paraId="03855DF5" w14:textId="77777777" w:rsidR="00842165" w:rsidRPr="00353067" w:rsidRDefault="005F22B3">
            <w:pPr>
              <w:rPr>
                <w:sz w:val="22"/>
                <w:szCs w:val="32"/>
              </w:rPr>
            </w:pPr>
            <w:r w:rsidRPr="00353067">
              <w:rPr>
                <w:sz w:val="22"/>
                <w:szCs w:val="32"/>
              </w:rPr>
              <w:t>Health Issues and Scientific Reporting</w:t>
            </w:r>
          </w:p>
        </w:tc>
        <w:tc>
          <w:tcPr>
            <w:tcW w:w="916" w:type="dxa"/>
            <w:vAlign w:val="center"/>
          </w:tcPr>
          <w:p w14:paraId="2E72417E" w14:textId="77777777" w:rsidR="00842165" w:rsidRPr="00353067" w:rsidRDefault="005F22B3">
            <w:pPr>
              <w:rPr>
                <w:sz w:val="22"/>
                <w:szCs w:val="32"/>
              </w:rPr>
            </w:pPr>
            <w:r w:rsidRPr="00353067">
              <w:rPr>
                <w:sz w:val="22"/>
                <w:szCs w:val="32"/>
              </w:rPr>
              <w:t>120</w:t>
            </w:r>
          </w:p>
        </w:tc>
        <w:tc>
          <w:tcPr>
            <w:tcW w:w="1559" w:type="dxa"/>
            <w:vAlign w:val="center"/>
          </w:tcPr>
          <w:p w14:paraId="70474F2B" w14:textId="77777777" w:rsidR="00842165" w:rsidRPr="00353067" w:rsidRDefault="005F22B3">
            <w:pPr>
              <w:rPr>
                <w:sz w:val="22"/>
                <w:szCs w:val="32"/>
              </w:rPr>
            </w:pPr>
            <w:r w:rsidRPr="00353067">
              <w:rPr>
                <w:sz w:val="22"/>
                <w:szCs w:val="32"/>
              </w:rPr>
              <w:t>External exam</w:t>
            </w:r>
          </w:p>
        </w:tc>
        <w:tc>
          <w:tcPr>
            <w:tcW w:w="3573" w:type="dxa"/>
            <w:vAlign w:val="center"/>
          </w:tcPr>
          <w:p w14:paraId="7AB52100" w14:textId="77777777" w:rsidR="00842165" w:rsidRPr="00353067" w:rsidRDefault="005F22B3">
            <w:pPr>
              <w:rPr>
                <w:sz w:val="22"/>
                <w:szCs w:val="32"/>
              </w:rPr>
            </w:pPr>
            <w:r w:rsidRPr="00353067">
              <w:rPr>
                <w:sz w:val="22"/>
                <w:szCs w:val="32"/>
              </w:rPr>
              <w:t>Diagnostics, immune response, genetics, health issues, evidence and reporting.</w:t>
            </w:r>
          </w:p>
        </w:tc>
      </w:tr>
      <w:tr w:rsidR="00842165" w:rsidRPr="00353067" w14:paraId="59F01F8B" w14:textId="77777777" w:rsidTr="003B30DF">
        <w:trPr>
          <w:jc w:val="center"/>
        </w:trPr>
        <w:tc>
          <w:tcPr>
            <w:tcW w:w="596" w:type="dxa"/>
            <w:vAlign w:val="center"/>
          </w:tcPr>
          <w:p w14:paraId="0AA42532" w14:textId="77777777" w:rsidR="00842165" w:rsidRPr="00353067" w:rsidRDefault="005F22B3">
            <w:pPr>
              <w:rPr>
                <w:sz w:val="22"/>
                <w:szCs w:val="32"/>
              </w:rPr>
            </w:pPr>
            <w:r w:rsidRPr="00353067">
              <w:rPr>
                <w:sz w:val="22"/>
                <w:szCs w:val="32"/>
              </w:rPr>
              <w:t>3</w:t>
            </w:r>
          </w:p>
        </w:tc>
        <w:tc>
          <w:tcPr>
            <w:tcW w:w="3465" w:type="dxa"/>
            <w:vAlign w:val="center"/>
          </w:tcPr>
          <w:p w14:paraId="5633B140" w14:textId="77777777" w:rsidR="00842165" w:rsidRPr="00353067" w:rsidRDefault="005F22B3">
            <w:pPr>
              <w:rPr>
                <w:sz w:val="22"/>
                <w:szCs w:val="32"/>
              </w:rPr>
            </w:pPr>
            <w:r w:rsidRPr="00353067">
              <w:rPr>
                <w:sz w:val="22"/>
                <w:szCs w:val="32"/>
              </w:rPr>
              <w:t>Practical Microbiology and Infectious Diseases</w:t>
            </w:r>
          </w:p>
        </w:tc>
        <w:tc>
          <w:tcPr>
            <w:tcW w:w="916" w:type="dxa"/>
            <w:vAlign w:val="center"/>
          </w:tcPr>
          <w:p w14:paraId="1823C609" w14:textId="77777777" w:rsidR="00842165" w:rsidRPr="00353067" w:rsidRDefault="005F22B3">
            <w:pPr>
              <w:rPr>
                <w:sz w:val="22"/>
                <w:szCs w:val="32"/>
              </w:rPr>
            </w:pPr>
            <w:r w:rsidRPr="00353067">
              <w:rPr>
                <w:sz w:val="22"/>
                <w:szCs w:val="32"/>
              </w:rPr>
              <w:t>90</w:t>
            </w:r>
          </w:p>
        </w:tc>
        <w:tc>
          <w:tcPr>
            <w:tcW w:w="1559" w:type="dxa"/>
            <w:vAlign w:val="center"/>
          </w:tcPr>
          <w:p w14:paraId="2F70FC52" w14:textId="77777777" w:rsidR="00842165" w:rsidRPr="00353067" w:rsidRDefault="005F22B3">
            <w:pPr>
              <w:rPr>
                <w:sz w:val="22"/>
                <w:szCs w:val="32"/>
              </w:rPr>
            </w:pPr>
            <w:r w:rsidRPr="00353067">
              <w:rPr>
                <w:sz w:val="22"/>
                <w:szCs w:val="32"/>
              </w:rPr>
              <w:t>Internal PSAB</w:t>
            </w:r>
          </w:p>
        </w:tc>
        <w:tc>
          <w:tcPr>
            <w:tcW w:w="3573" w:type="dxa"/>
            <w:vAlign w:val="center"/>
          </w:tcPr>
          <w:p w14:paraId="1C8CA058" w14:textId="77777777" w:rsidR="00842165" w:rsidRPr="00353067" w:rsidRDefault="005F22B3">
            <w:pPr>
              <w:rPr>
                <w:sz w:val="22"/>
                <w:szCs w:val="32"/>
              </w:rPr>
            </w:pPr>
            <w:r w:rsidRPr="00353067">
              <w:rPr>
                <w:sz w:val="22"/>
                <w:szCs w:val="32"/>
              </w:rPr>
              <w:t>Microbiology techniques, infectious disease, aseptic method and practical evidence.</w:t>
            </w:r>
          </w:p>
        </w:tc>
      </w:tr>
      <w:tr w:rsidR="00842165" w:rsidRPr="00353067" w14:paraId="52F5E231" w14:textId="77777777" w:rsidTr="003B30DF">
        <w:trPr>
          <w:jc w:val="center"/>
        </w:trPr>
        <w:tc>
          <w:tcPr>
            <w:tcW w:w="596" w:type="dxa"/>
            <w:vAlign w:val="center"/>
          </w:tcPr>
          <w:p w14:paraId="6BF6ED96" w14:textId="78157DE3" w:rsidR="00842165" w:rsidRPr="00353067" w:rsidRDefault="005F22B3">
            <w:pPr>
              <w:rPr>
                <w:sz w:val="22"/>
                <w:szCs w:val="32"/>
              </w:rPr>
            </w:pPr>
            <w:r w:rsidRPr="00353067">
              <w:rPr>
                <w:sz w:val="22"/>
                <w:szCs w:val="32"/>
              </w:rPr>
              <w:t>6</w:t>
            </w:r>
          </w:p>
        </w:tc>
        <w:tc>
          <w:tcPr>
            <w:tcW w:w="3465" w:type="dxa"/>
            <w:vAlign w:val="center"/>
          </w:tcPr>
          <w:p w14:paraId="7B058861" w14:textId="5FA4FD92" w:rsidR="00842165" w:rsidRPr="00353067" w:rsidRDefault="005F22B3">
            <w:pPr>
              <w:rPr>
                <w:sz w:val="22"/>
                <w:szCs w:val="32"/>
              </w:rPr>
            </w:pPr>
            <w:r w:rsidRPr="00353067">
              <w:rPr>
                <w:sz w:val="22"/>
                <w:szCs w:val="32"/>
              </w:rPr>
              <w:t>Human Reproduction and Fertility</w:t>
            </w:r>
          </w:p>
        </w:tc>
        <w:tc>
          <w:tcPr>
            <w:tcW w:w="916" w:type="dxa"/>
            <w:vAlign w:val="center"/>
          </w:tcPr>
          <w:p w14:paraId="1E4DD8DE" w14:textId="77777777" w:rsidR="00842165" w:rsidRPr="00353067" w:rsidRDefault="005F22B3">
            <w:pPr>
              <w:rPr>
                <w:sz w:val="22"/>
                <w:szCs w:val="32"/>
              </w:rPr>
            </w:pPr>
            <w:r w:rsidRPr="00353067">
              <w:rPr>
                <w:sz w:val="22"/>
                <w:szCs w:val="32"/>
              </w:rPr>
              <w:t>60</w:t>
            </w:r>
          </w:p>
        </w:tc>
        <w:tc>
          <w:tcPr>
            <w:tcW w:w="1559" w:type="dxa"/>
            <w:vAlign w:val="center"/>
          </w:tcPr>
          <w:p w14:paraId="2B857838" w14:textId="77777777" w:rsidR="00842165" w:rsidRPr="00353067" w:rsidRDefault="005F22B3">
            <w:pPr>
              <w:rPr>
                <w:sz w:val="22"/>
                <w:szCs w:val="32"/>
              </w:rPr>
            </w:pPr>
            <w:r w:rsidRPr="00353067">
              <w:rPr>
                <w:sz w:val="22"/>
                <w:szCs w:val="32"/>
              </w:rPr>
              <w:t>Internal PSAB</w:t>
            </w:r>
          </w:p>
        </w:tc>
        <w:tc>
          <w:tcPr>
            <w:tcW w:w="3573" w:type="dxa"/>
            <w:vAlign w:val="center"/>
          </w:tcPr>
          <w:p w14:paraId="3A61BF55" w14:textId="4F6472FA" w:rsidR="00842165" w:rsidRPr="00353067" w:rsidRDefault="005F22B3">
            <w:pPr>
              <w:rPr>
                <w:sz w:val="22"/>
                <w:szCs w:val="32"/>
              </w:rPr>
            </w:pPr>
            <w:r w:rsidRPr="00353067">
              <w:rPr>
                <w:sz w:val="22"/>
                <w:szCs w:val="32"/>
              </w:rPr>
              <w:t>Applied medical context</w:t>
            </w:r>
            <w:r w:rsidR="003B30DF" w:rsidRPr="00353067">
              <w:rPr>
                <w:sz w:val="22"/>
                <w:szCs w:val="32"/>
              </w:rPr>
              <w:t xml:space="preserve"> in relation to </w:t>
            </w:r>
            <w:r w:rsidRPr="00353067">
              <w:rPr>
                <w:sz w:val="22"/>
                <w:szCs w:val="32"/>
              </w:rPr>
              <w:t>reproduction or fertility</w:t>
            </w:r>
            <w:r w:rsidR="003B30DF" w:rsidRPr="00353067">
              <w:rPr>
                <w:sz w:val="22"/>
                <w:szCs w:val="32"/>
              </w:rPr>
              <w:t xml:space="preserve"> treatments</w:t>
            </w:r>
            <w:r w:rsidRPr="00353067">
              <w:rPr>
                <w:sz w:val="22"/>
                <w:szCs w:val="32"/>
              </w:rPr>
              <w:t>.</w:t>
            </w:r>
          </w:p>
        </w:tc>
      </w:tr>
    </w:tbl>
    <w:p w14:paraId="3DF34220" w14:textId="77777777" w:rsidR="00842165" w:rsidRPr="00353067" w:rsidRDefault="005F22B3">
      <w:pPr>
        <w:pStyle w:val="Heading2"/>
        <w:rPr>
          <w:rFonts w:ascii="Aptos" w:hAnsi="Aptos"/>
          <w:sz w:val="36"/>
          <w:szCs w:val="32"/>
        </w:rPr>
      </w:pPr>
      <w:r w:rsidRPr="00353067">
        <w:rPr>
          <w:rFonts w:ascii="Aptos" w:hAnsi="Aptos"/>
          <w:sz w:val="36"/>
          <w:szCs w:val="32"/>
        </w:rPr>
        <w:t>Assessment Skills You Must Build</w:t>
      </w:r>
    </w:p>
    <w:tbl>
      <w:tblPr>
        <w:tblStyle w:val="TableGrid"/>
        <w:tblW w:w="0" w:type="auto"/>
        <w:tblLook w:val="04A0" w:firstRow="1" w:lastRow="0" w:firstColumn="1" w:lastColumn="0" w:noHBand="0" w:noVBand="1"/>
      </w:tblPr>
      <w:tblGrid>
        <w:gridCol w:w="5040"/>
        <w:gridCol w:w="5040"/>
      </w:tblGrid>
      <w:tr w:rsidR="00842165" w:rsidRPr="00353067" w14:paraId="04560C0E" w14:textId="77777777">
        <w:tc>
          <w:tcPr>
            <w:tcW w:w="5040" w:type="dxa"/>
            <w:shd w:val="clear" w:color="auto" w:fill="D9EAF7"/>
            <w:vAlign w:val="center"/>
          </w:tcPr>
          <w:p w14:paraId="383C94AD" w14:textId="77777777" w:rsidR="00842165" w:rsidRPr="00353067" w:rsidRDefault="005F22B3">
            <w:pPr>
              <w:rPr>
                <w:sz w:val="24"/>
                <w:szCs w:val="28"/>
              </w:rPr>
            </w:pPr>
            <w:r w:rsidRPr="00353067">
              <w:rPr>
                <w:b/>
                <w:sz w:val="22"/>
                <w:szCs w:val="28"/>
              </w:rPr>
              <w:t>Skill</w:t>
            </w:r>
          </w:p>
        </w:tc>
        <w:tc>
          <w:tcPr>
            <w:tcW w:w="5040" w:type="dxa"/>
            <w:shd w:val="clear" w:color="auto" w:fill="D9EAF7"/>
            <w:vAlign w:val="center"/>
          </w:tcPr>
          <w:p w14:paraId="07207C87" w14:textId="77777777" w:rsidR="00842165" w:rsidRPr="00353067" w:rsidRDefault="005F22B3">
            <w:pPr>
              <w:rPr>
                <w:sz w:val="24"/>
                <w:szCs w:val="28"/>
              </w:rPr>
            </w:pPr>
            <w:r w:rsidRPr="00353067">
              <w:rPr>
                <w:b/>
                <w:sz w:val="22"/>
                <w:szCs w:val="28"/>
              </w:rPr>
              <w:t>What it looks like in your work</w:t>
            </w:r>
          </w:p>
        </w:tc>
      </w:tr>
      <w:tr w:rsidR="00842165" w:rsidRPr="00353067" w14:paraId="52F357B8" w14:textId="77777777">
        <w:tc>
          <w:tcPr>
            <w:tcW w:w="5040" w:type="dxa"/>
            <w:vAlign w:val="center"/>
          </w:tcPr>
          <w:p w14:paraId="741933B9" w14:textId="77777777" w:rsidR="00842165" w:rsidRPr="00353067" w:rsidRDefault="005F22B3">
            <w:pPr>
              <w:rPr>
                <w:sz w:val="24"/>
                <w:szCs w:val="28"/>
              </w:rPr>
            </w:pPr>
            <w:r w:rsidRPr="00353067">
              <w:rPr>
                <w:b/>
                <w:sz w:val="22"/>
                <w:szCs w:val="28"/>
              </w:rPr>
              <w:t>AO1</w:t>
            </w:r>
          </w:p>
        </w:tc>
        <w:tc>
          <w:tcPr>
            <w:tcW w:w="5040" w:type="dxa"/>
            <w:vAlign w:val="center"/>
          </w:tcPr>
          <w:p w14:paraId="05E23AB8" w14:textId="77777777" w:rsidR="00842165" w:rsidRPr="00353067" w:rsidRDefault="005F22B3">
            <w:pPr>
              <w:rPr>
                <w:sz w:val="24"/>
                <w:szCs w:val="28"/>
              </w:rPr>
            </w:pPr>
            <w:r w:rsidRPr="00353067">
              <w:rPr>
                <w:sz w:val="22"/>
                <w:szCs w:val="28"/>
              </w:rPr>
              <w:t>Recall accurate knowledge, terminology, definitions and scientific ideas.</w:t>
            </w:r>
          </w:p>
        </w:tc>
      </w:tr>
      <w:tr w:rsidR="00842165" w:rsidRPr="00353067" w14:paraId="1B218395" w14:textId="77777777">
        <w:tc>
          <w:tcPr>
            <w:tcW w:w="5040" w:type="dxa"/>
            <w:vAlign w:val="center"/>
          </w:tcPr>
          <w:p w14:paraId="5C79147E" w14:textId="77777777" w:rsidR="00842165" w:rsidRPr="00353067" w:rsidRDefault="005F22B3">
            <w:pPr>
              <w:rPr>
                <w:sz w:val="24"/>
                <w:szCs w:val="28"/>
              </w:rPr>
            </w:pPr>
            <w:r w:rsidRPr="00353067">
              <w:rPr>
                <w:b/>
                <w:sz w:val="22"/>
                <w:szCs w:val="28"/>
              </w:rPr>
              <w:t>AO2</w:t>
            </w:r>
          </w:p>
        </w:tc>
        <w:tc>
          <w:tcPr>
            <w:tcW w:w="5040" w:type="dxa"/>
            <w:vAlign w:val="center"/>
          </w:tcPr>
          <w:p w14:paraId="2C142022" w14:textId="77777777" w:rsidR="00842165" w:rsidRPr="00353067" w:rsidRDefault="005F22B3">
            <w:pPr>
              <w:rPr>
                <w:sz w:val="24"/>
                <w:szCs w:val="28"/>
              </w:rPr>
            </w:pPr>
            <w:r w:rsidRPr="00353067">
              <w:rPr>
                <w:sz w:val="22"/>
                <w:szCs w:val="28"/>
              </w:rPr>
              <w:t>Apply scientific knowledge to medical contexts and practical scenarios.</w:t>
            </w:r>
          </w:p>
        </w:tc>
      </w:tr>
      <w:tr w:rsidR="00842165" w:rsidRPr="00353067" w14:paraId="5F4D472A" w14:textId="77777777">
        <w:tc>
          <w:tcPr>
            <w:tcW w:w="5040" w:type="dxa"/>
            <w:vAlign w:val="center"/>
          </w:tcPr>
          <w:p w14:paraId="6FC1ACB0" w14:textId="77777777" w:rsidR="00842165" w:rsidRPr="00353067" w:rsidRDefault="005F22B3">
            <w:pPr>
              <w:rPr>
                <w:sz w:val="24"/>
                <w:szCs w:val="28"/>
              </w:rPr>
            </w:pPr>
            <w:r w:rsidRPr="00353067">
              <w:rPr>
                <w:b/>
                <w:sz w:val="22"/>
                <w:szCs w:val="28"/>
              </w:rPr>
              <w:t>AO3</w:t>
            </w:r>
          </w:p>
        </w:tc>
        <w:tc>
          <w:tcPr>
            <w:tcW w:w="5040" w:type="dxa"/>
            <w:vAlign w:val="center"/>
          </w:tcPr>
          <w:p w14:paraId="740AD9AA" w14:textId="77777777" w:rsidR="00842165" w:rsidRPr="00353067" w:rsidRDefault="005F22B3">
            <w:pPr>
              <w:rPr>
                <w:sz w:val="24"/>
                <w:szCs w:val="28"/>
              </w:rPr>
            </w:pPr>
            <w:r w:rsidRPr="00353067">
              <w:rPr>
                <w:sz w:val="22"/>
                <w:szCs w:val="28"/>
              </w:rPr>
              <w:t>Analyse and interpret scientific information, graphs, diagrams and data.</w:t>
            </w:r>
          </w:p>
        </w:tc>
      </w:tr>
      <w:tr w:rsidR="00842165" w:rsidRPr="00353067" w14:paraId="4C67CB35" w14:textId="77777777">
        <w:tc>
          <w:tcPr>
            <w:tcW w:w="5040" w:type="dxa"/>
            <w:vAlign w:val="center"/>
          </w:tcPr>
          <w:p w14:paraId="32B01291" w14:textId="77777777" w:rsidR="00842165" w:rsidRPr="00353067" w:rsidRDefault="005F22B3">
            <w:pPr>
              <w:rPr>
                <w:sz w:val="24"/>
                <w:szCs w:val="28"/>
              </w:rPr>
            </w:pPr>
            <w:r w:rsidRPr="00353067">
              <w:rPr>
                <w:b/>
                <w:sz w:val="22"/>
                <w:szCs w:val="28"/>
              </w:rPr>
              <w:t>AO4</w:t>
            </w:r>
          </w:p>
        </w:tc>
        <w:tc>
          <w:tcPr>
            <w:tcW w:w="5040" w:type="dxa"/>
            <w:vAlign w:val="center"/>
          </w:tcPr>
          <w:p w14:paraId="27C50544" w14:textId="77777777" w:rsidR="00842165" w:rsidRPr="00353067" w:rsidRDefault="005F22B3">
            <w:pPr>
              <w:rPr>
                <w:sz w:val="24"/>
                <w:szCs w:val="28"/>
              </w:rPr>
            </w:pPr>
            <w:r w:rsidRPr="00353067">
              <w:rPr>
                <w:sz w:val="22"/>
                <w:szCs w:val="28"/>
              </w:rPr>
              <w:t>Evaluate evidence, reliability, conclusions and scientific reporting, especially in Unit 2.</w:t>
            </w:r>
          </w:p>
        </w:tc>
      </w:tr>
    </w:tbl>
    <w:p w14:paraId="44EB915C" w14:textId="77777777" w:rsidR="00842165" w:rsidRPr="00353067" w:rsidRDefault="005F22B3">
      <w:pPr>
        <w:rPr>
          <w:sz w:val="24"/>
          <w:szCs w:val="28"/>
        </w:rPr>
      </w:pPr>
      <w:r w:rsidRPr="00353067">
        <w:rPr>
          <w:sz w:val="24"/>
          <w:szCs w:val="28"/>
        </w:rPr>
        <w:br w:type="page"/>
      </w:r>
    </w:p>
    <w:p w14:paraId="1C345FD9" w14:textId="77777777" w:rsidR="00842165" w:rsidRPr="00353067" w:rsidRDefault="005F22B3">
      <w:pPr>
        <w:pStyle w:val="Heading1"/>
        <w:rPr>
          <w:rFonts w:ascii="Aptos" w:hAnsi="Aptos"/>
          <w:sz w:val="44"/>
          <w:szCs w:val="36"/>
        </w:rPr>
      </w:pPr>
      <w:r w:rsidRPr="00353067">
        <w:rPr>
          <w:rFonts w:ascii="Aptos" w:hAnsi="Aptos"/>
          <w:color w:val="007094"/>
          <w:sz w:val="44"/>
          <w:szCs w:val="36"/>
        </w:rPr>
        <w:lastRenderedPageBreak/>
        <w:t>GCSE Biology to Medical Science AAQ Links</w:t>
      </w:r>
    </w:p>
    <w:p w14:paraId="204DD11D" w14:textId="77777777" w:rsidR="00842165" w:rsidRPr="00353067" w:rsidRDefault="005F22B3">
      <w:pPr>
        <w:rPr>
          <w:sz w:val="24"/>
          <w:szCs w:val="28"/>
        </w:rPr>
      </w:pPr>
      <w:r w:rsidRPr="00353067">
        <w:rPr>
          <w:sz w:val="24"/>
          <w:szCs w:val="28"/>
        </w:rPr>
        <w:t>Use this table to see how your OCR GCSE Combined Science Biology knowledge links directly to the Medical Science course. Complete the final column as a revision audit.</w:t>
      </w:r>
    </w:p>
    <w:tbl>
      <w:tblPr>
        <w:tblStyle w:val="TableGrid"/>
        <w:tblW w:w="0" w:type="auto"/>
        <w:tblLook w:val="04A0" w:firstRow="1" w:lastRow="0" w:firstColumn="1" w:lastColumn="0" w:noHBand="0" w:noVBand="1"/>
      </w:tblPr>
      <w:tblGrid>
        <w:gridCol w:w="2520"/>
        <w:gridCol w:w="2520"/>
        <w:gridCol w:w="2520"/>
        <w:gridCol w:w="2520"/>
      </w:tblGrid>
      <w:tr w:rsidR="00842165" w:rsidRPr="00353067" w14:paraId="05D06EEB" w14:textId="77777777">
        <w:tc>
          <w:tcPr>
            <w:tcW w:w="2520" w:type="dxa"/>
            <w:shd w:val="clear" w:color="auto" w:fill="007094"/>
            <w:vAlign w:val="center"/>
          </w:tcPr>
          <w:p w14:paraId="645C11BC" w14:textId="77777777" w:rsidR="00842165" w:rsidRPr="00353067" w:rsidRDefault="005F22B3">
            <w:pPr>
              <w:rPr>
                <w:sz w:val="24"/>
                <w:szCs w:val="28"/>
              </w:rPr>
            </w:pPr>
            <w:r w:rsidRPr="00353067">
              <w:rPr>
                <w:b/>
                <w:color w:val="FFFFFF"/>
                <w:szCs w:val="28"/>
              </w:rPr>
              <w:t>GCSE Biology knowledge</w:t>
            </w:r>
          </w:p>
        </w:tc>
        <w:tc>
          <w:tcPr>
            <w:tcW w:w="2520" w:type="dxa"/>
            <w:shd w:val="clear" w:color="auto" w:fill="007094"/>
            <w:vAlign w:val="center"/>
          </w:tcPr>
          <w:p w14:paraId="3B214F16" w14:textId="77777777" w:rsidR="00842165" w:rsidRPr="00353067" w:rsidRDefault="005F22B3">
            <w:pPr>
              <w:rPr>
                <w:sz w:val="24"/>
                <w:szCs w:val="28"/>
              </w:rPr>
            </w:pPr>
            <w:r w:rsidRPr="00353067">
              <w:rPr>
                <w:b/>
                <w:color w:val="FFFFFF"/>
                <w:szCs w:val="28"/>
              </w:rPr>
              <w:t>OCR GCSE Combined Science link</w:t>
            </w:r>
          </w:p>
        </w:tc>
        <w:tc>
          <w:tcPr>
            <w:tcW w:w="2520" w:type="dxa"/>
            <w:shd w:val="clear" w:color="auto" w:fill="007094"/>
            <w:vAlign w:val="center"/>
          </w:tcPr>
          <w:p w14:paraId="07E3C727" w14:textId="77777777" w:rsidR="00842165" w:rsidRPr="00353067" w:rsidRDefault="005F22B3">
            <w:pPr>
              <w:rPr>
                <w:sz w:val="24"/>
                <w:szCs w:val="28"/>
              </w:rPr>
            </w:pPr>
            <w:r w:rsidRPr="00353067">
              <w:rPr>
                <w:b/>
                <w:color w:val="FFFFFF"/>
                <w:szCs w:val="28"/>
              </w:rPr>
              <w:t>Medical Science AAQ link</w:t>
            </w:r>
          </w:p>
        </w:tc>
        <w:tc>
          <w:tcPr>
            <w:tcW w:w="2520" w:type="dxa"/>
            <w:shd w:val="clear" w:color="auto" w:fill="007094"/>
            <w:vAlign w:val="center"/>
          </w:tcPr>
          <w:p w14:paraId="485BD392" w14:textId="77777777" w:rsidR="00842165" w:rsidRPr="00353067" w:rsidRDefault="005F22B3">
            <w:pPr>
              <w:rPr>
                <w:sz w:val="24"/>
                <w:szCs w:val="28"/>
              </w:rPr>
            </w:pPr>
            <w:r w:rsidRPr="00353067">
              <w:rPr>
                <w:b/>
                <w:color w:val="FFFFFF"/>
                <w:szCs w:val="28"/>
              </w:rPr>
              <w:t>RAG/notes</w:t>
            </w:r>
          </w:p>
        </w:tc>
      </w:tr>
      <w:tr w:rsidR="00842165" w:rsidRPr="00353067" w14:paraId="24974807" w14:textId="77777777">
        <w:tc>
          <w:tcPr>
            <w:tcW w:w="2520" w:type="dxa"/>
            <w:vAlign w:val="center"/>
          </w:tcPr>
          <w:p w14:paraId="283BEFE9" w14:textId="77777777" w:rsidR="00842165" w:rsidRPr="00353067" w:rsidRDefault="005F22B3">
            <w:pPr>
              <w:rPr>
                <w:sz w:val="24"/>
                <w:szCs w:val="28"/>
              </w:rPr>
            </w:pPr>
            <w:r w:rsidRPr="00353067">
              <w:rPr>
                <w:sz w:val="18"/>
                <w:szCs w:val="28"/>
              </w:rPr>
              <w:t>Cell structure and microscopy</w:t>
            </w:r>
          </w:p>
        </w:tc>
        <w:tc>
          <w:tcPr>
            <w:tcW w:w="2520" w:type="dxa"/>
            <w:vAlign w:val="center"/>
          </w:tcPr>
          <w:p w14:paraId="1E6F7C83" w14:textId="77777777" w:rsidR="00842165" w:rsidRPr="00353067" w:rsidRDefault="005F22B3">
            <w:pPr>
              <w:rPr>
                <w:sz w:val="24"/>
                <w:szCs w:val="28"/>
              </w:rPr>
            </w:pPr>
            <w:r w:rsidRPr="00353067">
              <w:rPr>
                <w:sz w:val="18"/>
                <w:szCs w:val="28"/>
              </w:rPr>
              <w:t>B1.1 Cells and microscopy; magnification calculations</w:t>
            </w:r>
          </w:p>
        </w:tc>
        <w:tc>
          <w:tcPr>
            <w:tcW w:w="2520" w:type="dxa"/>
            <w:vAlign w:val="center"/>
          </w:tcPr>
          <w:p w14:paraId="36087047" w14:textId="77777777" w:rsidR="00842165" w:rsidRPr="00353067" w:rsidRDefault="005F22B3">
            <w:pPr>
              <w:rPr>
                <w:sz w:val="24"/>
                <w:szCs w:val="28"/>
              </w:rPr>
            </w:pPr>
            <w:r w:rsidRPr="00353067">
              <w:rPr>
                <w:sz w:val="18"/>
                <w:szCs w:val="28"/>
              </w:rPr>
              <w:t>Unit 1: cell ultrastructure, histology, tissues and pathology</w:t>
            </w:r>
          </w:p>
        </w:tc>
        <w:tc>
          <w:tcPr>
            <w:tcW w:w="2520" w:type="dxa"/>
            <w:vAlign w:val="center"/>
          </w:tcPr>
          <w:p w14:paraId="7CC82097" w14:textId="77777777" w:rsidR="00842165" w:rsidRPr="00353067" w:rsidRDefault="00842165">
            <w:pPr>
              <w:rPr>
                <w:sz w:val="24"/>
                <w:szCs w:val="28"/>
              </w:rPr>
            </w:pPr>
          </w:p>
        </w:tc>
      </w:tr>
      <w:tr w:rsidR="00842165" w:rsidRPr="00353067" w14:paraId="25828231" w14:textId="77777777">
        <w:tc>
          <w:tcPr>
            <w:tcW w:w="2520" w:type="dxa"/>
            <w:vAlign w:val="center"/>
          </w:tcPr>
          <w:p w14:paraId="5AB30218" w14:textId="77777777" w:rsidR="00842165" w:rsidRPr="00353067" w:rsidRDefault="005F22B3">
            <w:pPr>
              <w:rPr>
                <w:sz w:val="24"/>
                <w:szCs w:val="28"/>
              </w:rPr>
            </w:pPr>
            <w:r w:rsidRPr="00353067">
              <w:rPr>
                <w:sz w:val="18"/>
                <w:szCs w:val="28"/>
              </w:rPr>
              <w:t>Specialised cells and tissues</w:t>
            </w:r>
          </w:p>
        </w:tc>
        <w:tc>
          <w:tcPr>
            <w:tcW w:w="2520" w:type="dxa"/>
            <w:vAlign w:val="center"/>
          </w:tcPr>
          <w:p w14:paraId="20642C7C" w14:textId="77777777" w:rsidR="00842165" w:rsidRPr="00353067" w:rsidRDefault="005F22B3">
            <w:pPr>
              <w:rPr>
                <w:sz w:val="24"/>
                <w:szCs w:val="28"/>
              </w:rPr>
            </w:pPr>
            <w:r w:rsidRPr="00353067">
              <w:rPr>
                <w:sz w:val="18"/>
                <w:szCs w:val="28"/>
              </w:rPr>
              <w:t>B1.2 Cell specialisation and organisation</w:t>
            </w:r>
          </w:p>
        </w:tc>
        <w:tc>
          <w:tcPr>
            <w:tcW w:w="2520" w:type="dxa"/>
            <w:vAlign w:val="center"/>
          </w:tcPr>
          <w:p w14:paraId="3E0B5BC0" w14:textId="77777777" w:rsidR="00842165" w:rsidRPr="00353067" w:rsidRDefault="005F22B3">
            <w:pPr>
              <w:rPr>
                <w:sz w:val="24"/>
                <w:szCs w:val="28"/>
              </w:rPr>
            </w:pPr>
            <w:r w:rsidRPr="00353067">
              <w:rPr>
                <w:sz w:val="18"/>
                <w:szCs w:val="28"/>
              </w:rPr>
              <w:t>Unit 1: human tissue structure, organ systems and histopathology</w:t>
            </w:r>
          </w:p>
        </w:tc>
        <w:tc>
          <w:tcPr>
            <w:tcW w:w="2520" w:type="dxa"/>
            <w:vAlign w:val="center"/>
          </w:tcPr>
          <w:p w14:paraId="54CBB242" w14:textId="77777777" w:rsidR="00842165" w:rsidRPr="00353067" w:rsidRDefault="00842165">
            <w:pPr>
              <w:rPr>
                <w:sz w:val="24"/>
                <w:szCs w:val="28"/>
              </w:rPr>
            </w:pPr>
          </w:p>
        </w:tc>
      </w:tr>
      <w:tr w:rsidR="00842165" w:rsidRPr="00353067" w14:paraId="08FD8C90" w14:textId="77777777">
        <w:tc>
          <w:tcPr>
            <w:tcW w:w="2520" w:type="dxa"/>
            <w:vAlign w:val="center"/>
          </w:tcPr>
          <w:p w14:paraId="1AC96114" w14:textId="77777777" w:rsidR="00842165" w:rsidRPr="00353067" w:rsidRDefault="005F22B3">
            <w:pPr>
              <w:rPr>
                <w:sz w:val="24"/>
                <w:szCs w:val="28"/>
              </w:rPr>
            </w:pPr>
            <w:r w:rsidRPr="00353067">
              <w:rPr>
                <w:sz w:val="18"/>
                <w:szCs w:val="28"/>
              </w:rPr>
              <w:t>Enzymes and digestion</w:t>
            </w:r>
          </w:p>
        </w:tc>
        <w:tc>
          <w:tcPr>
            <w:tcW w:w="2520" w:type="dxa"/>
            <w:vAlign w:val="center"/>
          </w:tcPr>
          <w:p w14:paraId="3A9DF67C" w14:textId="77777777" w:rsidR="00842165" w:rsidRPr="00353067" w:rsidRDefault="005F22B3">
            <w:pPr>
              <w:rPr>
                <w:sz w:val="24"/>
                <w:szCs w:val="28"/>
              </w:rPr>
            </w:pPr>
            <w:r w:rsidRPr="00353067">
              <w:rPr>
                <w:sz w:val="18"/>
                <w:szCs w:val="28"/>
              </w:rPr>
              <w:t>B2 biological molecules and enzymes; digestion</w:t>
            </w:r>
          </w:p>
        </w:tc>
        <w:tc>
          <w:tcPr>
            <w:tcW w:w="2520" w:type="dxa"/>
            <w:vAlign w:val="center"/>
          </w:tcPr>
          <w:p w14:paraId="5905D20E" w14:textId="77777777" w:rsidR="00842165" w:rsidRPr="00353067" w:rsidRDefault="005F22B3">
            <w:pPr>
              <w:rPr>
                <w:sz w:val="24"/>
                <w:szCs w:val="28"/>
              </w:rPr>
            </w:pPr>
            <w:r w:rsidRPr="00353067">
              <w:rPr>
                <w:sz w:val="18"/>
                <w:szCs w:val="28"/>
              </w:rPr>
              <w:t>Unit 1: digestive system, digestive enzymes and rates of enzyme action</w:t>
            </w:r>
          </w:p>
        </w:tc>
        <w:tc>
          <w:tcPr>
            <w:tcW w:w="2520" w:type="dxa"/>
            <w:vAlign w:val="center"/>
          </w:tcPr>
          <w:p w14:paraId="4F584936" w14:textId="77777777" w:rsidR="00842165" w:rsidRPr="00353067" w:rsidRDefault="00842165">
            <w:pPr>
              <w:rPr>
                <w:sz w:val="24"/>
                <w:szCs w:val="28"/>
              </w:rPr>
            </w:pPr>
          </w:p>
        </w:tc>
      </w:tr>
      <w:tr w:rsidR="00842165" w:rsidRPr="00353067" w14:paraId="7CD01D17" w14:textId="77777777">
        <w:tc>
          <w:tcPr>
            <w:tcW w:w="2520" w:type="dxa"/>
            <w:vAlign w:val="center"/>
          </w:tcPr>
          <w:p w14:paraId="02063207" w14:textId="77777777" w:rsidR="00842165" w:rsidRPr="00353067" w:rsidRDefault="005F22B3">
            <w:pPr>
              <w:rPr>
                <w:sz w:val="24"/>
                <w:szCs w:val="28"/>
              </w:rPr>
            </w:pPr>
            <w:r w:rsidRPr="00353067">
              <w:rPr>
                <w:sz w:val="18"/>
                <w:szCs w:val="28"/>
              </w:rPr>
              <w:t>Transport across membranes</w:t>
            </w:r>
          </w:p>
        </w:tc>
        <w:tc>
          <w:tcPr>
            <w:tcW w:w="2520" w:type="dxa"/>
            <w:vAlign w:val="center"/>
          </w:tcPr>
          <w:p w14:paraId="42B9F57C" w14:textId="77777777" w:rsidR="00842165" w:rsidRPr="00353067" w:rsidRDefault="005F22B3">
            <w:pPr>
              <w:rPr>
                <w:sz w:val="24"/>
                <w:szCs w:val="28"/>
              </w:rPr>
            </w:pPr>
            <w:r w:rsidRPr="00353067">
              <w:rPr>
                <w:sz w:val="18"/>
                <w:szCs w:val="28"/>
              </w:rPr>
              <w:t>B1.3 diffusion, osmosis and active transport</w:t>
            </w:r>
          </w:p>
        </w:tc>
        <w:tc>
          <w:tcPr>
            <w:tcW w:w="2520" w:type="dxa"/>
            <w:vAlign w:val="center"/>
          </w:tcPr>
          <w:p w14:paraId="730B5FB3" w14:textId="77777777" w:rsidR="00842165" w:rsidRPr="00353067" w:rsidRDefault="005F22B3">
            <w:pPr>
              <w:rPr>
                <w:sz w:val="24"/>
                <w:szCs w:val="28"/>
              </w:rPr>
            </w:pPr>
            <w:r w:rsidRPr="00353067">
              <w:rPr>
                <w:sz w:val="18"/>
                <w:szCs w:val="28"/>
              </w:rPr>
              <w:t>Unit 1: exchange surfaces, renal system and absorption; Unit 2 diagnostics</w:t>
            </w:r>
          </w:p>
        </w:tc>
        <w:tc>
          <w:tcPr>
            <w:tcW w:w="2520" w:type="dxa"/>
            <w:vAlign w:val="center"/>
          </w:tcPr>
          <w:p w14:paraId="16635C14" w14:textId="77777777" w:rsidR="00842165" w:rsidRPr="00353067" w:rsidRDefault="00842165">
            <w:pPr>
              <w:rPr>
                <w:sz w:val="24"/>
                <w:szCs w:val="28"/>
              </w:rPr>
            </w:pPr>
          </w:p>
        </w:tc>
      </w:tr>
      <w:tr w:rsidR="00842165" w:rsidRPr="00353067" w14:paraId="2AF632F7" w14:textId="77777777">
        <w:tc>
          <w:tcPr>
            <w:tcW w:w="2520" w:type="dxa"/>
            <w:vAlign w:val="center"/>
          </w:tcPr>
          <w:p w14:paraId="56F8F38A" w14:textId="77777777" w:rsidR="00842165" w:rsidRPr="00353067" w:rsidRDefault="005F22B3">
            <w:pPr>
              <w:rPr>
                <w:sz w:val="24"/>
                <w:szCs w:val="28"/>
              </w:rPr>
            </w:pPr>
            <w:r w:rsidRPr="00353067">
              <w:rPr>
                <w:sz w:val="18"/>
                <w:szCs w:val="28"/>
              </w:rPr>
              <w:t>Nervous system and hormones</w:t>
            </w:r>
          </w:p>
        </w:tc>
        <w:tc>
          <w:tcPr>
            <w:tcW w:w="2520" w:type="dxa"/>
            <w:vAlign w:val="center"/>
          </w:tcPr>
          <w:p w14:paraId="27A3DC76" w14:textId="77777777" w:rsidR="00842165" w:rsidRPr="00353067" w:rsidRDefault="005F22B3">
            <w:pPr>
              <w:rPr>
                <w:sz w:val="24"/>
                <w:szCs w:val="28"/>
              </w:rPr>
            </w:pPr>
            <w:r w:rsidRPr="00353067">
              <w:rPr>
                <w:sz w:val="18"/>
                <w:szCs w:val="28"/>
              </w:rPr>
              <w:t>B5 coordination and control; endocrine system</w:t>
            </w:r>
          </w:p>
        </w:tc>
        <w:tc>
          <w:tcPr>
            <w:tcW w:w="2520" w:type="dxa"/>
            <w:vAlign w:val="center"/>
          </w:tcPr>
          <w:p w14:paraId="544D60D9" w14:textId="77777777" w:rsidR="00842165" w:rsidRPr="00353067" w:rsidRDefault="005F22B3">
            <w:pPr>
              <w:rPr>
                <w:sz w:val="24"/>
                <w:szCs w:val="28"/>
              </w:rPr>
            </w:pPr>
            <w:r w:rsidRPr="00353067">
              <w:rPr>
                <w:sz w:val="18"/>
                <w:szCs w:val="28"/>
              </w:rPr>
              <w:t>Unit 1: nervous and endocrine systems, hormones and disorders</w:t>
            </w:r>
          </w:p>
        </w:tc>
        <w:tc>
          <w:tcPr>
            <w:tcW w:w="2520" w:type="dxa"/>
            <w:vAlign w:val="center"/>
          </w:tcPr>
          <w:p w14:paraId="378957B3" w14:textId="77777777" w:rsidR="00842165" w:rsidRPr="00353067" w:rsidRDefault="00842165">
            <w:pPr>
              <w:rPr>
                <w:sz w:val="24"/>
                <w:szCs w:val="28"/>
              </w:rPr>
            </w:pPr>
          </w:p>
        </w:tc>
      </w:tr>
      <w:tr w:rsidR="00842165" w:rsidRPr="00353067" w14:paraId="4F949AA1" w14:textId="77777777">
        <w:tc>
          <w:tcPr>
            <w:tcW w:w="2520" w:type="dxa"/>
            <w:vAlign w:val="center"/>
          </w:tcPr>
          <w:p w14:paraId="420DE567" w14:textId="77777777" w:rsidR="00842165" w:rsidRPr="00353067" w:rsidRDefault="005F22B3">
            <w:pPr>
              <w:rPr>
                <w:sz w:val="24"/>
                <w:szCs w:val="28"/>
              </w:rPr>
            </w:pPr>
            <w:r w:rsidRPr="00353067">
              <w:rPr>
                <w:sz w:val="18"/>
                <w:szCs w:val="28"/>
              </w:rPr>
              <w:t>Circulatory and respiratory systems</w:t>
            </w:r>
          </w:p>
        </w:tc>
        <w:tc>
          <w:tcPr>
            <w:tcW w:w="2520" w:type="dxa"/>
            <w:vAlign w:val="center"/>
          </w:tcPr>
          <w:p w14:paraId="2A2678AF" w14:textId="77777777" w:rsidR="00842165" w:rsidRPr="00353067" w:rsidRDefault="005F22B3">
            <w:pPr>
              <w:rPr>
                <w:sz w:val="24"/>
                <w:szCs w:val="28"/>
              </w:rPr>
            </w:pPr>
            <w:r w:rsidRPr="00353067">
              <w:rPr>
                <w:sz w:val="18"/>
                <w:szCs w:val="28"/>
              </w:rPr>
              <w:t>B4 transport in animals; gas exchange</w:t>
            </w:r>
          </w:p>
        </w:tc>
        <w:tc>
          <w:tcPr>
            <w:tcW w:w="2520" w:type="dxa"/>
            <w:vAlign w:val="center"/>
          </w:tcPr>
          <w:p w14:paraId="20F0AA5E" w14:textId="77777777" w:rsidR="00842165" w:rsidRPr="00353067" w:rsidRDefault="005F22B3">
            <w:pPr>
              <w:rPr>
                <w:sz w:val="24"/>
                <w:szCs w:val="28"/>
              </w:rPr>
            </w:pPr>
            <w:r w:rsidRPr="00353067">
              <w:rPr>
                <w:sz w:val="18"/>
                <w:szCs w:val="28"/>
              </w:rPr>
              <w:t>Unit 1: cardiovascular and respiratory anatomy, physiology and pathology</w:t>
            </w:r>
          </w:p>
        </w:tc>
        <w:tc>
          <w:tcPr>
            <w:tcW w:w="2520" w:type="dxa"/>
            <w:vAlign w:val="center"/>
          </w:tcPr>
          <w:p w14:paraId="4BC494FD" w14:textId="77777777" w:rsidR="00842165" w:rsidRPr="00353067" w:rsidRDefault="00842165">
            <w:pPr>
              <w:rPr>
                <w:sz w:val="24"/>
                <w:szCs w:val="28"/>
              </w:rPr>
            </w:pPr>
          </w:p>
        </w:tc>
      </w:tr>
      <w:tr w:rsidR="00842165" w:rsidRPr="00353067" w14:paraId="66B87E2D" w14:textId="77777777">
        <w:tc>
          <w:tcPr>
            <w:tcW w:w="2520" w:type="dxa"/>
            <w:vAlign w:val="center"/>
          </w:tcPr>
          <w:p w14:paraId="12FD01D6" w14:textId="77777777" w:rsidR="00842165" w:rsidRPr="00353067" w:rsidRDefault="005F22B3">
            <w:pPr>
              <w:rPr>
                <w:sz w:val="24"/>
                <w:szCs w:val="28"/>
              </w:rPr>
            </w:pPr>
            <w:r w:rsidRPr="00353067">
              <w:rPr>
                <w:sz w:val="18"/>
                <w:szCs w:val="28"/>
              </w:rPr>
              <w:t>Homeostasis and kidneys</w:t>
            </w:r>
          </w:p>
        </w:tc>
        <w:tc>
          <w:tcPr>
            <w:tcW w:w="2520" w:type="dxa"/>
            <w:vAlign w:val="center"/>
          </w:tcPr>
          <w:p w14:paraId="0F3C1F13" w14:textId="77777777" w:rsidR="00842165" w:rsidRPr="00353067" w:rsidRDefault="005F22B3">
            <w:pPr>
              <w:rPr>
                <w:sz w:val="24"/>
                <w:szCs w:val="28"/>
              </w:rPr>
            </w:pPr>
            <w:r w:rsidRPr="00353067">
              <w:rPr>
                <w:sz w:val="18"/>
                <w:szCs w:val="28"/>
              </w:rPr>
              <w:t>B5 homeostasis, kidney function, ADH</w:t>
            </w:r>
          </w:p>
        </w:tc>
        <w:tc>
          <w:tcPr>
            <w:tcW w:w="2520" w:type="dxa"/>
            <w:vAlign w:val="center"/>
          </w:tcPr>
          <w:p w14:paraId="1080D573" w14:textId="77777777" w:rsidR="00842165" w:rsidRPr="00353067" w:rsidRDefault="005F22B3">
            <w:pPr>
              <w:rPr>
                <w:sz w:val="24"/>
                <w:szCs w:val="28"/>
              </w:rPr>
            </w:pPr>
            <w:r w:rsidRPr="00353067">
              <w:rPr>
                <w:sz w:val="18"/>
                <w:szCs w:val="28"/>
              </w:rPr>
              <w:t>Unit 1: renal system, osmoregulation and renal disorders</w:t>
            </w:r>
          </w:p>
        </w:tc>
        <w:tc>
          <w:tcPr>
            <w:tcW w:w="2520" w:type="dxa"/>
            <w:vAlign w:val="center"/>
          </w:tcPr>
          <w:p w14:paraId="3989636F" w14:textId="77777777" w:rsidR="00842165" w:rsidRPr="00353067" w:rsidRDefault="00842165">
            <w:pPr>
              <w:rPr>
                <w:sz w:val="24"/>
                <w:szCs w:val="28"/>
              </w:rPr>
            </w:pPr>
          </w:p>
        </w:tc>
      </w:tr>
      <w:tr w:rsidR="00842165" w:rsidRPr="00353067" w14:paraId="6DF5D622" w14:textId="77777777">
        <w:tc>
          <w:tcPr>
            <w:tcW w:w="2520" w:type="dxa"/>
            <w:vAlign w:val="center"/>
          </w:tcPr>
          <w:p w14:paraId="4ECD70EB" w14:textId="77777777" w:rsidR="00842165" w:rsidRPr="00353067" w:rsidRDefault="005F22B3">
            <w:pPr>
              <w:rPr>
                <w:sz w:val="24"/>
                <w:szCs w:val="28"/>
              </w:rPr>
            </w:pPr>
            <w:r w:rsidRPr="00353067">
              <w:rPr>
                <w:sz w:val="18"/>
                <w:szCs w:val="28"/>
              </w:rPr>
              <w:t>Microorganisms and disease</w:t>
            </w:r>
          </w:p>
        </w:tc>
        <w:tc>
          <w:tcPr>
            <w:tcW w:w="2520" w:type="dxa"/>
            <w:vAlign w:val="center"/>
          </w:tcPr>
          <w:p w14:paraId="3A71C8C7" w14:textId="77777777" w:rsidR="00842165" w:rsidRPr="00353067" w:rsidRDefault="005F22B3">
            <w:pPr>
              <w:rPr>
                <w:sz w:val="24"/>
                <w:szCs w:val="28"/>
              </w:rPr>
            </w:pPr>
            <w:r w:rsidRPr="00353067">
              <w:rPr>
                <w:sz w:val="18"/>
                <w:szCs w:val="28"/>
              </w:rPr>
              <w:t>B6 preventing and treating disease; immune response</w:t>
            </w:r>
          </w:p>
        </w:tc>
        <w:tc>
          <w:tcPr>
            <w:tcW w:w="2520" w:type="dxa"/>
            <w:vAlign w:val="center"/>
          </w:tcPr>
          <w:p w14:paraId="3A30593A" w14:textId="77777777" w:rsidR="00842165" w:rsidRPr="00353067" w:rsidRDefault="005F22B3">
            <w:pPr>
              <w:rPr>
                <w:sz w:val="24"/>
                <w:szCs w:val="28"/>
              </w:rPr>
            </w:pPr>
            <w:r w:rsidRPr="00353067">
              <w:rPr>
                <w:sz w:val="18"/>
                <w:szCs w:val="28"/>
              </w:rPr>
              <w:t>Unit 2 immune response; Unit 3 microbiology and infectious diseases</w:t>
            </w:r>
          </w:p>
        </w:tc>
        <w:tc>
          <w:tcPr>
            <w:tcW w:w="2520" w:type="dxa"/>
            <w:vAlign w:val="center"/>
          </w:tcPr>
          <w:p w14:paraId="6BDBE53A" w14:textId="77777777" w:rsidR="00842165" w:rsidRPr="00353067" w:rsidRDefault="00842165">
            <w:pPr>
              <w:rPr>
                <w:sz w:val="24"/>
                <w:szCs w:val="28"/>
              </w:rPr>
            </w:pPr>
          </w:p>
        </w:tc>
      </w:tr>
      <w:tr w:rsidR="00842165" w:rsidRPr="00353067" w14:paraId="06F4A88B" w14:textId="77777777">
        <w:tc>
          <w:tcPr>
            <w:tcW w:w="2520" w:type="dxa"/>
            <w:vAlign w:val="center"/>
          </w:tcPr>
          <w:p w14:paraId="0B24BE21" w14:textId="77777777" w:rsidR="00842165" w:rsidRPr="00353067" w:rsidRDefault="005F22B3">
            <w:pPr>
              <w:rPr>
                <w:sz w:val="24"/>
                <w:szCs w:val="28"/>
              </w:rPr>
            </w:pPr>
            <w:r w:rsidRPr="00353067">
              <w:rPr>
                <w:sz w:val="18"/>
                <w:szCs w:val="28"/>
              </w:rPr>
              <w:t>Genetics and inheritance</w:t>
            </w:r>
          </w:p>
        </w:tc>
        <w:tc>
          <w:tcPr>
            <w:tcW w:w="2520" w:type="dxa"/>
            <w:vAlign w:val="center"/>
          </w:tcPr>
          <w:p w14:paraId="1B9EC17F" w14:textId="77777777" w:rsidR="00842165" w:rsidRPr="00353067" w:rsidRDefault="005F22B3">
            <w:pPr>
              <w:rPr>
                <w:sz w:val="24"/>
                <w:szCs w:val="28"/>
              </w:rPr>
            </w:pPr>
            <w:r w:rsidRPr="00353067">
              <w:rPr>
                <w:sz w:val="18"/>
                <w:szCs w:val="28"/>
              </w:rPr>
              <w:t>B1 DNA, chromosomes, mitosis and meiosis; inheritance</w:t>
            </w:r>
          </w:p>
        </w:tc>
        <w:tc>
          <w:tcPr>
            <w:tcW w:w="2520" w:type="dxa"/>
            <w:vAlign w:val="center"/>
          </w:tcPr>
          <w:p w14:paraId="3471DFE2" w14:textId="77777777" w:rsidR="00842165" w:rsidRPr="00353067" w:rsidRDefault="005F22B3">
            <w:pPr>
              <w:rPr>
                <w:sz w:val="24"/>
                <w:szCs w:val="28"/>
              </w:rPr>
            </w:pPr>
            <w:r w:rsidRPr="00353067">
              <w:rPr>
                <w:sz w:val="18"/>
                <w:szCs w:val="28"/>
              </w:rPr>
              <w:t>Unit 2 genetics, genetic testing and health issues</w:t>
            </w:r>
          </w:p>
        </w:tc>
        <w:tc>
          <w:tcPr>
            <w:tcW w:w="2520" w:type="dxa"/>
            <w:vAlign w:val="center"/>
          </w:tcPr>
          <w:p w14:paraId="0FA6A42A" w14:textId="77777777" w:rsidR="00842165" w:rsidRPr="00353067" w:rsidRDefault="00842165">
            <w:pPr>
              <w:rPr>
                <w:sz w:val="24"/>
                <w:szCs w:val="28"/>
              </w:rPr>
            </w:pPr>
          </w:p>
        </w:tc>
      </w:tr>
      <w:tr w:rsidR="00842165" w:rsidRPr="00353067" w14:paraId="2D8FEAD4" w14:textId="77777777">
        <w:tc>
          <w:tcPr>
            <w:tcW w:w="2520" w:type="dxa"/>
            <w:vAlign w:val="center"/>
          </w:tcPr>
          <w:p w14:paraId="72F28255" w14:textId="77777777" w:rsidR="00842165" w:rsidRPr="00353067" w:rsidRDefault="005F22B3">
            <w:pPr>
              <w:rPr>
                <w:sz w:val="24"/>
                <w:szCs w:val="28"/>
              </w:rPr>
            </w:pPr>
            <w:r w:rsidRPr="00353067">
              <w:rPr>
                <w:sz w:val="18"/>
                <w:szCs w:val="28"/>
              </w:rPr>
              <w:t>Required practical skills</w:t>
            </w:r>
          </w:p>
        </w:tc>
        <w:tc>
          <w:tcPr>
            <w:tcW w:w="2520" w:type="dxa"/>
            <w:vAlign w:val="center"/>
          </w:tcPr>
          <w:p w14:paraId="5C7EECAA" w14:textId="77777777" w:rsidR="00842165" w:rsidRPr="00353067" w:rsidRDefault="005F22B3">
            <w:pPr>
              <w:rPr>
                <w:sz w:val="24"/>
                <w:szCs w:val="28"/>
              </w:rPr>
            </w:pPr>
            <w:r w:rsidRPr="00353067">
              <w:rPr>
                <w:sz w:val="18"/>
                <w:szCs w:val="28"/>
              </w:rPr>
              <w:t>Planning, variables, risk, accuracy, graphs and conclusions</w:t>
            </w:r>
          </w:p>
        </w:tc>
        <w:tc>
          <w:tcPr>
            <w:tcW w:w="2520" w:type="dxa"/>
            <w:vAlign w:val="center"/>
          </w:tcPr>
          <w:p w14:paraId="0C4A2448" w14:textId="77777777" w:rsidR="00842165" w:rsidRPr="00353067" w:rsidRDefault="005F22B3">
            <w:pPr>
              <w:rPr>
                <w:sz w:val="24"/>
                <w:szCs w:val="28"/>
              </w:rPr>
            </w:pPr>
            <w:r w:rsidRPr="00353067">
              <w:rPr>
                <w:sz w:val="18"/>
                <w:szCs w:val="28"/>
              </w:rPr>
              <w:t>All units: practical microbiology, PSAB evidence, data analysis and evaluation</w:t>
            </w:r>
          </w:p>
        </w:tc>
        <w:tc>
          <w:tcPr>
            <w:tcW w:w="2520" w:type="dxa"/>
            <w:vAlign w:val="center"/>
          </w:tcPr>
          <w:p w14:paraId="135E8E90" w14:textId="77777777" w:rsidR="00842165" w:rsidRPr="00353067" w:rsidRDefault="00842165">
            <w:pPr>
              <w:rPr>
                <w:sz w:val="24"/>
                <w:szCs w:val="28"/>
              </w:rPr>
            </w:pPr>
          </w:p>
        </w:tc>
      </w:tr>
    </w:tbl>
    <w:tbl>
      <w:tblPr>
        <w:tblW w:w="0" w:type="auto"/>
        <w:jc w:val="center"/>
        <w:tblLook w:val="04A0" w:firstRow="1" w:lastRow="0" w:firstColumn="1" w:lastColumn="0" w:noHBand="0" w:noVBand="1"/>
      </w:tblPr>
      <w:tblGrid>
        <w:gridCol w:w="10080"/>
      </w:tblGrid>
      <w:tr w:rsidR="00842165" w:rsidRPr="00353067" w14:paraId="229EE3D4" w14:textId="77777777">
        <w:trPr>
          <w:jc w:val="center"/>
        </w:trPr>
        <w:tc>
          <w:tcPr>
            <w:tcW w:w="10080" w:type="dxa"/>
            <w:tcBorders>
              <w:top w:val="single" w:sz="8" w:space="0" w:color="7EC8D7"/>
              <w:left w:val="single" w:sz="8" w:space="0" w:color="7EC8D7"/>
              <w:bottom w:val="single" w:sz="8" w:space="0" w:color="7EC8D7"/>
              <w:right w:val="single" w:sz="8" w:space="0" w:color="7EC8D7"/>
            </w:tcBorders>
            <w:shd w:val="clear" w:color="auto" w:fill="EAF7F9"/>
          </w:tcPr>
          <w:p w14:paraId="0530898E" w14:textId="77777777" w:rsidR="00842165" w:rsidRPr="00353067" w:rsidRDefault="005F22B3">
            <w:pPr>
              <w:rPr>
                <w:sz w:val="24"/>
                <w:szCs w:val="28"/>
              </w:rPr>
            </w:pPr>
            <w:r w:rsidRPr="00353067">
              <w:rPr>
                <w:b/>
                <w:color w:val="007094"/>
                <w:sz w:val="28"/>
                <w:szCs w:val="28"/>
              </w:rPr>
              <w:t>How to use the links table</w:t>
            </w:r>
          </w:p>
          <w:p w14:paraId="3219CB74" w14:textId="77777777" w:rsidR="00842165" w:rsidRPr="00353067" w:rsidRDefault="005F22B3">
            <w:pPr>
              <w:spacing w:after="40"/>
              <w:rPr>
                <w:sz w:val="24"/>
                <w:szCs w:val="28"/>
              </w:rPr>
            </w:pPr>
            <w:r w:rsidRPr="00353067">
              <w:rPr>
                <w:sz w:val="24"/>
                <w:szCs w:val="28"/>
              </w:rPr>
              <w:t>RAG each row: Green = secure, Amber = needs revision, Red = must revisit before September. For each Amber or Red area, write one specific action in the notes column, such as: make flashcards, rewatch a GCSE lesson video, complete five exam questions, or create a labelled diagram.</w:t>
            </w:r>
          </w:p>
        </w:tc>
      </w:tr>
    </w:tbl>
    <w:p w14:paraId="449708D1" w14:textId="77777777" w:rsidR="00842165" w:rsidRPr="00353067" w:rsidRDefault="00842165">
      <w:pPr>
        <w:rPr>
          <w:sz w:val="24"/>
          <w:szCs w:val="28"/>
        </w:rPr>
      </w:pPr>
    </w:p>
    <w:p w14:paraId="713A1ABB" w14:textId="77777777" w:rsidR="00842165" w:rsidRPr="00353067" w:rsidRDefault="005F22B3">
      <w:pPr>
        <w:rPr>
          <w:sz w:val="24"/>
          <w:szCs w:val="28"/>
        </w:rPr>
      </w:pPr>
      <w:r w:rsidRPr="00353067">
        <w:rPr>
          <w:sz w:val="24"/>
          <w:szCs w:val="28"/>
        </w:rPr>
        <w:br w:type="page"/>
      </w:r>
    </w:p>
    <w:p w14:paraId="5D206BD9" w14:textId="77777777" w:rsidR="00842165" w:rsidRPr="00353067" w:rsidRDefault="005F22B3">
      <w:pPr>
        <w:pStyle w:val="Heading1"/>
        <w:rPr>
          <w:rFonts w:ascii="Aptos" w:hAnsi="Aptos"/>
          <w:sz w:val="44"/>
          <w:szCs w:val="36"/>
        </w:rPr>
      </w:pPr>
      <w:r w:rsidRPr="00353067">
        <w:rPr>
          <w:rFonts w:ascii="Aptos" w:hAnsi="Aptos"/>
          <w:color w:val="007094"/>
          <w:sz w:val="44"/>
          <w:szCs w:val="36"/>
        </w:rPr>
        <w:lastRenderedPageBreak/>
        <w:t>Completion Checklist</w:t>
      </w:r>
    </w:p>
    <w:tbl>
      <w:tblPr>
        <w:tblStyle w:val="TableGrid"/>
        <w:tblW w:w="0" w:type="auto"/>
        <w:tblLook w:val="04A0" w:firstRow="1" w:lastRow="0" w:firstColumn="1" w:lastColumn="0" w:noHBand="0" w:noVBand="1"/>
      </w:tblPr>
      <w:tblGrid>
        <w:gridCol w:w="3360"/>
        <w:gridCol w:w="3360"/>
        <w:gridCol w:w="3360"/>
      </w:tblGrid>
      <w:tr w:rsidR="00842165" w:rsidRPr="00353067" w14:paraId="5A4ECFF5" w14:textId="77777777">
        <w:tc>
          <w:tcPr>
            <w:tcW w:w="3360" w:type="dxa"/>
            <w:shd w:val="clear" w:color="auto" w:fill="007094"/>
            <w:vAlign w:val="center"/>
          </w:tcPr>
          <w:p w14:paraId="3FD63DAC" w14:textId="77777777" w:rsidR="00842165" w:rsidRPr="00353067" w:rsidRDefault="005F22B3">
            <w:pPr>
              <w:rPr>
                <w:sz w:val="24"/>
                <w:szCs w:val="28"/>
              </w:rPr>
            </w:pPr>
            <w:r w:rsidRPr="00353067">
              <w:rPr>
                <w:b/>
                <w:color w:val="FFFFFF"/>
                <w:sz w:val="22"/>
                <w:szCs w:val="28"/>
              </w:rPr>
              <w:t>Completed?</w:t>
            </w:r>
          </w:p>
        </w:tc>
        <w:tc>
          <w:tcPr>
            <w:tcW w:w="3360" w:type="dxa"/>
            <w:shd w:val="clear" w:color="auto" w:fill="007094"/>
            <w:vAlign w:val="center"/>
          </w:tcPr>
          <w:p w14:paraId="1908C129" w14:textId="77777777" w:rsidR="00842165" w:rsidRPr="00353067" w:rsidRDefault="005F22B3">
            <w:pPr>
              <w:rPr>
                <w:sz w:val="24"/>
                <w:szCs w:val="28"/>
              </w:rPr>
            </w:pPr>
            <w:r w:rsidRPr="00353067">
              <w:rPr>
                <w:b/>
                <w:color w:val="FFFFFF"/>
                <w:sz w:val="22"/>
                <w:szCs w:val="28"/>
              </w:rPr>
              <w:t>Task</w:t>
            </w:r>
          </w:p>
        </w:tc>
        <w:tc>
          <w:tcPr>
            <w:tcW w:w="3360" w:type="dxa"/>
            <w:shd w:val="clear" w:color="auto" w:fill="007094"/>
            <w:vAlign w:val="center"/>
          </w:tcPr>
          <w:p w14:paraId="7FE6F4EB" w14:textId="77777777" w:rsidR="00842165" w:rsidRPr="00353067" w:rsidRDefault="005F22B3">
            <w:pPr>
              <w:rPr>
                <w:sz w:val="24"/>
                <w:szCs w:val="28"/>
              </w:rPr>
            </w:pPr>
            <w:r w:rsidRPr="00353067">
              <w:rPr>
                <w:b/>
                <w:color w:val="FFFFFF"/>
                <w:sz w:val="22"/>
                <w:szCs w:val="28"/>
              </w:rPr>
              <w:t>Teacher comment</w:t>
            </w:r>
          </w:p>
        </w:tc>
      </w:tr>
      <w:tr w:rsidR="00842165" w:rsidRPr="00353067" w14:paraId="158B5085" w14:textId="77777777">
        <w:tc>
          <w:tcPr>
            <w:tcW w:w="3360" w:type="dxa"/>
            <w:vAlign w:val="center"/>
          </w:tcPr>
          <w:p w14:paraId="1C8CDC1F" w14:textId="77777777" w:rsidR="00842165" w:rsidRPr="00353067" w:rsidRDefault="005F22B3">
            <w:pPr>
              <w:rPr>
                <w:sz w:val="24"/>
                <w:szCs w:val="28"/>
              </w:rPr>
            </w:pPr>
            <w:r w:rsidRPr="00353067">
              <w:rPr>
                <w:sz w:val="32"/>
                <w:szCs w:val="28"/>
              </w:rPr>
              <w:t>☐</w:t>
            </w:r>
          </w:p>
        </w:tc>
        <w:tc>
          <w:tcPr>
            <w:tcW w:w="3360" w:type="dxa"/>
            <w:vAlign w:val="center"/>
          </w:tcPr>
          <w:p w14:paraId="62E55D3D" w14:textId="77777777" w:rsidR="00842165" w:rsidRPr="00353067" w:rsidRDefault="005F22B3">
            <w:pPr>
              <w:rPr>
                <w:sz w:val="24"/>
                <w:szCs w:val="28"/>
              </w:rPr>
            </w:pPr>
            <w:r w:rsidRPr="00353067">
              <w:rPr>
                <w:sz w:val="22"/>
                <w:szCs w:val="28"/>
              </w:rPr>
              <w:t>Read the course introduction and expectations.</w:t>
            </w:r>
          </w:p>
        </w:tc>
        <w:tc>
          <w:tcPr>
            <w:tcW w:w="3360" w:type="dxa"/>
            <w:vAlign w:val="center"/>
          </w:tcPr>
          <w:p w14:paraId="1436CE0C" w14:textId="77777777" w:rsidR="00842165" w:rsidRPr="00353067" w:rsidRDefault="00842165">
            <w:pPr>
              <w:rPr>
                <w:sz w:val="24"/>
                <w:szCs w:val="28"/>
              </w:rPr>
            </w:pPr>
          </w:p>
        </w:tc>
      </w:tr>
      <w:tr w:rsidR="00842165" w:rsidRPr="00353067" w14:paraId="25C2C136" w14:textId="77777777">
        <w:tc>
          <w:tcPr>
            <w:tcW w:w="3360" w:type="dxa"/>
            <w:vAlign w:val="center"/>
          </w:tcPr>
          <w:p w14:paraId="1C9CAD99" w14:textId="77777777" w:rsidR="00842165" w:rsidRPr="00353067" w:rsidRDefault="005F22B3">
            <w:pPr>
              <w:rPr>
                <w:sz w:val="24"/>
                <w:szCs w:val="28"/>
              </w:rPr>
            </w:pPr>
            <w:r w:rsidRPr="00353067">
              <w:rPr>
                <w:sz w:val="32"/>
                <w:szCs w:val="28"/>
              </w:rPr>
              <w:t>☐</w:t>
            </w:r>
          </w:p>
        </w:tc>
        <w:tc>
          <w:tcPr>
            <w:tcW w:w="3360" w:type="dxa"/>
            <w:vAlign w:val="center"/>
          </w:tcPr>
          <w:p w14:paraId="41BC91A9" w14:textId="77777777" w:rsidR="00842165" w:rsidRPr="00353067" w:rsidRDefault="005F22B3">
            <w:pPr>
              <w:rPr>
                <w:sz w:val="24"/>
                <w:szCs w:val="28"/>
              </w:rPr>
            </w:pPr>
            <w:r w:rsidRPr="00353067">
              <w:rPr>
                <w:sz w:val="22"/>
                <w:szCs w:val="28"/>
              </w:rPr>
              <w:t>Complete the GCSE to AAQ links table.</w:t>
            </w:r>
          </w:p>
        </w:tc>
        <w:tc>
          <w:tcPr>
            <w:tcW w:w="3360" w:type="dxa"/>
            <w:vAlign w:val="center"/>
          </w:tcPr>
          <w:p w14:paraId="7A2CDA61" w14:textId="77777777" w:rsidR="00842165" w:rsidRPr="00353067" w:rsidRDefault="00842165">
            <w:pPr>
              <w:rPr>
                <w:sz w:val="24"/>
                <w:szCs w:val="28"/>
              </w:rPr>
            </w:pPr>
          </w:p>
        </w:tc>
      </w:tr>
      <w:tr w:rsidR="00842165" w:rsidRPr="00353067" w14:paraId="0ABA9471" w14:textId="77777777">
        <w:tc>
          <w:tcPr>
            <w:tcW w:w="3360" w:type="dxa"/>
            <w:vAlign w:val="center"/>
          </w:tcPr>
          <w:p w14:paraId="3B7B05C4" w14:textId="77777777" w:rsidR="00842165" w:rsidRPr="00353067" w:rsidRDefault="005F22B3">
            <w:pPr>
              <w:rPr>
                <w:sz w:val="24"/>
                <w:szCs w:val="28"/>
              </w:rPr>
            </w:pPr>
            <w:r w:rsidRPr="00353067">
              <w:rPr>
                <w:sz w:val="32"/>
                <w:szCs w:val="28"/>
              </w:rPr>
              <w:t>☐</w:t>
            </w:r>
          </w:p>
        </w:tc>
        <w:tc>
          <w:tcPr>
            <w:tcW w:w="3360" w:type="dxa"/>
            <w:vAlign w:val="center"/>
          </w:tcPr>
          <w:p w14:paraId="7998FF2D" w14:textId="77777777" w:rsidR="00842165" w:rsidRPr="00353067" w:rsidRDefault="005F22B3">
            <w:pPr>
              <w:rPr>
                <w:sz w:val="24"/>
                <w:szCs w:val="28"/>
              </w:rPr>
            </w:pPr>
            <w:r w:rsidRPr="00353067">
              <w:rPr>
                <w:sz w:val="22"/>
                <w:szCs w:val="28"/>
              </w:rPr>
              <w:t>Write the 250-word personal statement.</w:t>
            </w:r>
          </w:p>
        </w:tc>
        <w:tc>
          <w:tcPr>
            <w:tcW w:w="3360" w:type="dxa"/>
            <w:vAlign w:val="center"/>
          </w:tcPr>
          <w:p w14:paraId="7D824C6B" w14:textId="77777777" w:rsidR="00842165" w:rsidRPr="00353067" w:rsidRDefault="00842165">
            <w:pPr>
              <w:rPr>
                <w:sz w:val="24"/>
                <w:szCs w:val="28"/>
              </w:rPr>
            </w:pPr>
          </w:p>
        </w:tc>
      </w:tr>
      <w:tr w:rsidR="00842165" w:rsidRPr="00353067" w14:paraId="32D14492" w14:textId="77777777">
        <w:tc>
          <w:tcPr>
            <w:tcW w:w="3360" w:type="dxa"/>
            <w:vAlign w:val="center"/>
          </w:tcPr>
          <w:p w14:paraId="32DD785C" w14:textId="77777777" w:rsidR="00842165" w:rsidRPr="00353067" w:rsidRDefault="005F22B3">
            <w:pPr>
              <w:rPr>
                <w:sz w:val="24"/>
                <w:szCs w:val="28"/>
              </w:rPr>
            </w:pPr>
            <w:r w:rsidRPr="00353067">
              <w:rPr>
                <w:sz w:val="32"/>
                <w:szCs w:val="28"/>
              </w:rPr>
              <w:t>☐</w:t>
            </w:r>
          </w:p>
        </w:tc>
        <w:tc>
          <w:tcPr>
            <w:tcW w:w="3360" w:type="dxa"/>
            <w:vAlign w:val="center"/>
          </w:tcPr>
          <w:p w14:paraId="755F3BEF" w14:textId="77777777" w:rsidR="00842165" w:rsidRPr="00353067" w:rsidRDefault="005F22B3">
            <w:pPr>
              <w:rPr>
                <w:sz w:val="24"/>
                <w:szCs w:val="28"/>
              </w:rPr>
            </w:pPr>
            <w:r w:rsidRPr="00353067">
              <w:rPr>
                <w:sz w:val="22"/>
                <w:szCs w:val="28"/>
              </w:rPr>
              <w:t>Complete the cell ultrastructure research poster plan.</w:t>
            </w:r>
          </w:p>
        </w:tc>
        <w:tc>
          <w:tcPr>
            <w:tcW w:w="3360" w:type="dxa"/>
            <w:vAlign w:val="center"/>
          </w:tcPr>
          <w:p w14:paraId="618B29D9" w14:textId="77777777" w:rsidR="00842165" w:rsidRPr="00353067" w:rsidRDefault="00842165">
            <w:pPr>
              <w:rPr>
                <w:sz w:val="24"/>
                <w:szCs w:val="28"/>
              </w:rPr>
            </w:pPr>
          </w:p>
        </w:tc>
      </w:tr>
      <w:tr w:rsidR="00842165" w:rsidRPr="00353067" w14:paraId="0A70DA8D" w14:textId="77777777">
        <w:tc>
          <w:tcPr>
            <w:tcW w:w="3360" w:type="dxa"/>
            <w:vAlign w:val="center"/>
          </w:tcPr>
          <w:p w14:paraId="21406D9B" w14:textId="77777777" w:rsidR="00842165" w:rsidRPr="00353067" w:rsidRDefault="005F22B3">
            <w:pPr>
              <w:rPr>
                <w:sz w:val="24"/>
                <w:szCs w:val="28"/>
              </w:rPr>
            </w:pPr>
            <w:r w:rsidRPr="00353067">
              <w:rPr>
                <w:sz w:val="32"/>
                <w:szCs w:val="28"/>
              </w:rPr>
              <w:t>☐</w:t>
            </w:r>
          </w:p>
        </w:tc>
        <w:tc>
          <w:tcPr>
            <w:tcW w:w="3360" w:type="dxa"/>
            <w:vAlign w:val="center"/>
          </w:tcPr>
          <w:p w14:paraId="3FB9A19C" w14:textId="77777777" w:rsidR="00842165" w:rsidRPr="00353067" w:rsidRDefault="005F22B3">
            <w:pPr>
              <w:rPr>
                <w:sz w:val="24"/>
                <w:szCs w:val="28"/>
              </w:rPr>
            </w:pPr>
            <w:r w:rsidRPr="00353067">
              <w:rPr>
                <w:sz w:val="22"/>
                <w:szCs w:val="28"/>
              </w:rPr>
              <w:t>Answer the cell structure, magnification and microscopy questions.</w:t>
            </w:r>
          </w:p>
        </w:tc>
        <w:tc>
          <w:tcPr>
            <w:tcW w:w="3360" w:type="dxa"/>
            <w:vAlign w:val="center"/>
          </w:tcPr>
          <w:p w14:paraId="4F79B064" w14:textId="77777777" w:rsidR="00842165" w:rsidRPr="00353067" w:rsidRDefault="00842165">
            <w:pPr>
              <w:rPr>
                <w:sz w:val="24"/>
                <w:szCs w:val="28"/>
              </w:rPr>
            </w:pPr>
          </w:p>
        </w:tc>
      </w:tr>
      <w:tr w:rsidR="00842165" w:rsidRPr="00353067" w14:paraId="73E6392B" w14:textId="77777777">
        <w:tc>
          <w:tcPr>
            <w:tcW w:w="3360" w:type="dxa"/>
            <w:vAlign w:val="center"/>
          </w:tcPr>
          <w:p w14:paraId="267D0E1E" w14:textId="77777777" w:rsidR="00842165" w:rsidRPr="00353067" w:rsidRDefault="005F22B3">
            <w:pPr>
              <w:rPr>
                <w:sz w:val="24"/>
                <w:szCs w:val="28"/>
              </w:rPr>
            </w:pPr>
            <w:r w:rsidRPr="00353067">
              <w:rPr>
                <w:sz w:val="32"/>
                <w:szCs w:val="28"/>
              </w:rPr>
              <w:t>☐</w:t>
            </w:r>
          </w:p>
        </w:tc>
        <w:tc>
          <w:tcPr>
            <w:tcW w:w="3360" w:type="dxa"/>
            <w:vAlign w:val="center"/>
          </w:tcPr>
          <w:p w14:paraId="269365E6" w14:textId="77777777" w:rsidR="00842165" w:rsidRPr="00353067" w:rsidRDefault="005F22B3">
            <w:pPr>
              <w:rPr>
                <w:sz w:val="24"/>
                <w:szCs w:val="28"/>
              </w:rPr>
            </w:pPr>
            <w:r w:rsidRPr="00353067">
              <w:rPr>
                <w:sz w:val="22"/>
                <w:szCs w:val="28"/>
              </w:rPr>
              <w:t>Complete enzyme and rate of reaction questions.</w:t>
            </w:r>
          </w:p>
        </w:tc>
        <w:tc>
          <w:tcPr>
            <w:tcW w:w="3360" w:type="dxa"/>
            <w:vAlign w:val="center"/>
          </w:tcPr>
          <w:p w14:paraId="7FB8E997" w14:textId="77777777" w:rsidR="00842165" w:rsidRPr="00353067" w:rsidRDefault="00842165">
            <w:pPr>
              <w:rPr>
                <w:sz w:val="24"/>
                <w:szCs w:val="28"/>
              </w:rPr>
            </w:pPr>
          </w:p>
        </w:tc>
      </w:tr>
      <w:tr w:rsidR="00842165" w:rsidRPr="00353067" w14:paraId="14659093" w14:textId="77777777">
        <w:tc>
          <w:tcPr>
            <w:tcW w:w="3360" w:type="dxa"/>
            <w:vAlign w:val="center"/>
          </w:tcPr>
          <w:p w14:paraId="622C1570" w14:textId="77777777" w:rsidR="00842165" w:rsidRPr="00353067" w:rsidRDefault="005F22B3">
            <w:pPr>
              <w:rPr>
                <w:sz w:val="24"/>
                <w:szCs w:val="28"/>
              </w:rPr>
            </w:pPr>
            <w:r w:rsidRPr="00353067">
              <w:rPr>
                <w:sz w:val="32"/>
                <w:szCs w:val="28"/>
              </w:rPr>
              <w:t>☐</w:t>
            </w:r>
          </w:p>
        </w:tc>
        <w:tc>
          <w:tcPr>
            <w:tcW w:w="3360" w:type="dxa"/>
            <w:vAlign w:val="center"/>
          </w:tcPr>
          <w:p w14:paraId="503F5C67" w14:textId="77777777" w:rsidR="00842165" w:rsidRPr="00353067" w:rsidRDefault="005F22B3">
            <w:pPr>
              <w:rPr>
                <w:sz w:val="24"/>
                <w:szCs w:val="28"/>
              </w:rPr>
            </w:pPr>
            <w:r w:rsidRPr="00353067">
              <w:rPr>
                <w:sz w:val="22"/>
                <w:szCs w:val="28"/>
              </w:rPr>
              <w:t>Complete scientific vocabulary and practical skills questions.</w:t>
            </w:r>
          </w:p>
        </w:tc>
        <w:tc>
          <w:tcPr>
            <w:tcW w:w="3360" w:type="dxa"/>
            <w:vAlign w:val="center"/>
          </w:tcPr>
          <w:p w14:paraId="29C8B8C8" w14:textId="77777777" w:rsidR="00842165" w:rsidRPr="00353067" w:rsidRDefault="00842165">
            <w:pPr>
              <w:rPr>
                <w:sz w:val="24"/>
                <w:szCs w:val="28"/>
              </w:rPr>
            </w:pPr>
          </w:p>
        </w:tc>
      </w:tr>
      <w:tr w:rsidR="00842165" w:rsidRPr="00353067" w14:paraId="30EA83B6" w14:textId="77777777">
        <w:tc>
          <w:tcPr>
            <w:tcW w:w="3360" w:type="dxa"/>
            <w:vAlign w:val="center"/>
          </w:tcPr>
          <w:p w14:paraId="1768088F" w14:textId="77777777" w:rsidR="00842165" w:rsidRPr="00353067" w:rsidRDefault="005F22B3">
            <w:pPr>
              <w:rPr>
                <w:sz w:val="24"/>
                <w:szCs w:val="28"/>
              </w:rPr>
            </w:pPr>
            <w:r w:rsidRPr="00353067">
              <w:rPr>
                <w:sz w:val="32"/>
                <w:szCs w:val="28"/>
              </w:rPr>
              <w:t>☐</w:t>
            </w:r>
          </w:p>
        </w:tc>
        <w:tc>
          <w:tcPr>
            <w:tcW w:w="3360" w:type="dxa"/>
            <w:vAlign w:val="center"/>
          </w:tcPr>
          <w:p w14:paraId="0D1D0F6C" w14:textId="77777777" w:rsidR="00842165" w:rsidRPr="00353067" w:rsidRDefault="005F22B3">
            <w:pPr>
              <w:rPr>
                <w:sz w:val="24"/>
                <w:szCs w:val="28"/>
              </w:rPr>
            </w:pPr>
            <w:r w:rsidRPr="00353067">
              <w:rPr>
                <w:sz w:val="22"/>
                <w:szCs w:val="28"/>
              </w:rPr>
              <w:t>Complete transport, osmosis, cell division, circulation and genetics questions.</w:t>
            </w:r>
          </w:p>
        </w:tc>
        <w:tc>
          <w:tcPr>
            <w:tcW w:w="3360" w:type="dxa"/>
            <w:vAlign w:val="center"/>
          </w:tcPr>
          <w:p w14:paraId="2EE561ED" w14:textId="77777777" w:rsidR="00842165" w:rsidRPr="00353067" w:rsidRDefault="00842165">
            <w:pPr>
              <w:rPr>
                <w:sz w:val="24"/>
                <w:szCs w:val="28"/>
              </w:rPr>
            </w:pPr>
          </w:p>
        </w:tc>
      </w:tr>
      <w:tr w:rsidR="00842165" w:rsidRPr="00353067" w14:paraId="436E903F" w14:textId="77777777">
        <w:tc>
          <w:tcPr>
            <w:tcW w:w="3360" w:type="dxa"/>
            <w:vAlign w:val="center"/>
          </w:tcPr>
          <w:p w14:paraId="2FCBA2F4" w14:textId="77777777" w:rsidR="00842165" w:rsidRPr="00353067" w:rsidRDefault="005F22B3">
            <w:pPr>
              <w:rPr>
                <w:sz w:val="24"/>
                <w:szCs w:val="28"/>
              </w:rPr>
            </w:pPr>
            <w:r w:rsidRPr="00353067">
              <w:rPr>
                <w:sz w:val="32"/>
                <w:szCs w:val="28"/>
              </w:rPr>
              <w:t>☐</w:t>
            </w:r>
          </w:p>
        </w:tc>
        <w:tc>
          <w:tcPr>
            <w:tcW w:w="3360" w:type="dxa"/>
            <w:vAlign w:val="center"/>
          </w:tcPr>
          <w:p w14:paraId="32372935" w14:textId="77777777" w:rsidR="00842165" w:rsidRPr="00353067" w:rsidRDefault="005F22B3">
            <w:pPr>
              <w:rPr>
                <w:sz w:val="24"/>
                <w:szCs w:val="28"/>
              </w:rPr>
            </w:pPr>
            <w:r w:rsidRPr="00353067">
              <w:rPr>
                <w:sz w:val="22"/>
                <w:szCs w:val="28"/>
              </w:rPr>
              <w:t>Complete the health issue article analysis.</w:t>
            </w:r>
          </w:p>
        </w:tc>
        <w:tc>
          <w:tcPr>
            <w:tcW w:w="3360" w:type="dxa"/>
            <w:vAlign w:val="center"/>
          </w:tcPr>
          <w:p w14:paraId="0934A36F" w14:textId="77777777" w:rsidR="00842165" w:rsidRPr="00353067" w:rsidRDefault="00842165">
            <w:pPr>
              <w:rPr>
                <w:sz w:val="24"/>
                <w:szCs w:val="28"/>
              </w:rPr>
            </w:pPr>
          </w:p>
        </w:tc>
      </w:tr>
      <w:tr w:rsidR="00842165" w:rsidRPr="00353067" w14:paraId="1142700A" w14:textId="77777777">
        <w:tc>
          <w:tcPr>
            <w:tcW w:w="3360" w:type="dxa"/>
            <w:vAlign w:val="center"/>
          </w:tcPr>
          <w:p w14:paraId="03A0A033" w14:textId="77777777" w:rsidR="00842165" w:rsidRPr="00353067" w:rsidRDefault="005F22B3">
            <w:pPr>
              <w:rPr>
                <w:sz w:val="24"/>
                <w:szCs w:val="28"/>
              </w:rPr>
            </w:pPr>
            <w:r w:rsidRPr="00353067">
              <w:rPr>
                <w:sz w:val="32"/>
                <w:szCs w:val="28"/>
              </w:rPr>
              <w:t>☐</w:t>
            </w:r>
          </w:p>
        </w:tc>
        <w:tc>
          <w:tcPr>
            <w:tcW w:w="3360" w:type="dxa"/>
            <w:vAlign w:val="center"/>
          </w:tcPr>
          <w:p w14:paraId="442E79CD" w14:textId="77777777" w:rsidR="00842165" w:rsidRPr="00353067" w:rsidRDefault="005F22B3">
            <w:pPr>
              <w:rPr>
                <w:sz w:val="24"/>
                <w:szCs w:val="28"/>
              </w:rPr>
            </w:pPr>
            <w:r w:rsidRPr="00353067">
              <w:rPr>
                <w:sz w:val="22"/>
                <w:szCs w:val="28"/>
              </w:rPr>
              <w:t>Complete two wider reading or video summaries.</w:t>
            </w:r>
          </w:p>
        </w:tc>
        <w:tc>
          <w:tcPr>
            <w:tcW w:w="3360" w:type="dxa"/>
            <w:vAlign w:val="center"/>
          </w:tcPr>
          <w:p w14:paraId="46038CEE" w14:textId="77777777" w:rsidR="00842165" w:rsidRPr="00353067" w:rsidRDefault="00842165">
            <w:pPr>
              <w:rPr>
                <w:sz w:val="24"/>
                <w:szCs w:val="28"/>
              </w:rPr>
            </w:pPr>
          </w:p>
        </w:tc>
      </w:tr>
    </w:tbl>
    <w:p w14:paraId="3CD0E07D" w14:textId="77777777" w:rsidR="00842165" w:rsidRPr="00353067" w:rsidRDefault="005F22B3">
      <w:pPr>
        <w:rPr>
          <w:sz w:val="24"/>
          <w:szCs w:val="28"/>
        </w:rPr>
      </w:pPr>
      <w:r w:rsidRPr="00353067">
        <w:rPr>
          <w:sz w:val="24"/>
          <w:szCs w:val="28"/>
        </w:rPr>
        <w:br w:type="page"/>
      </w:r>
    </w:p>
    <w:p w14:paraId="3440DF5F" w14:textId="77777777" w:rsidR="00842165" w:rsidRPr="00353067" w:rsidRDefault="005F22B3">
      <w:pPr>
        <w:pStyle w:val="Heading1"/>
        <w:rPr>
          <w:rFonts w:ascii="Aptos" w:hAnsi="Aptos"/>
          <w:sz w:val="44"/>
          <w:szCs w:val="36"/>
        </w:rPr>
      </w:pPr>
      <w:r w:rsidRPr="00353067">
        <w:rPr>
          <w:rFonts w:ascii="Aptos" w:hAnsi="Aptos"/>
          <w:color w:val="007094"/>
          <w:sz w:val="44"/>
          <w:szCs w:val="36"/>
        </w:rPr>
        <w:lastRenderedPageBreak/>
        <w:t>Summer Transition Tasks</w:t>
      </w:r>
    </w:p>
    <w:tbl>
      <w:tblPr>
        <w:tblW w:w="0" w:type="auto"/>
        <w:jc w:val="center"/>
        <w:tblLook w:val="04A0" w:firstRow="1" w:lastRow="0" w:firstColumn="1" w:lastColumn="0" w:noHBand="0" w:noVBand="1"/>
      </w:tblPr>
      <w:tblGrid>
        <w:gridCol w:w="10080"/>
      </w:tblGrid>
      <w:tr w:rsidR="00842165" w:rsidRPr="00353067" w14:paraId="7BC08AA4" w14:textId="77777777">
        <w:trPr>
          <w:jc w:val="center"/>
        </w:trPr>
        <w:tc>
          <w:tcPr>
            <w:tcW w:w="10080" w:type="dxa"/>
            <w:tcBorders>
              <w:top w:val="single" w:sz="8" w:space="0" w:color="7EC8D7"/>
              <w:left w:val="single" w:sz="8" w:space="0" w:color="7EC8D7"/>
              <w:bottom w:val="single" w:sz="8" w:space="0" w:color="7EC8D7"/>
              <w:right w:val="single" w:sz="8" w:space="0" w:color="7EC8D7"/>
            </w:tcBorders>
            <w:shd w:val="clear" w:color="auto" w:fill="EAF7F9"/>
          </w:tcPr>
          <w:p w14:paraId="37C60FB0" w14:textId="77777777" w:rsidR="00842165" w:rsidRPr="00353067" w:rsidRDefault="005F22B3">
            <w:pPr>
              <w:rPr>
                <w:sz w:val="24"/>
                <w:szCs w:val="28"/>
              </w:rPr>
            </w:pPr>
            <w:r w:rsidRPr="00353067">
              <w:rPr>
                <w:b/>
                <w:color w:val="007094"/>
                <w:sz w:val="28"/>
                <w:szCs w:val="28"/>
              </w:rPr>
              <w:t>Submission expectation</w:t>
            </w:r>
          </w:p>
          <w:p w14:paraId="4454940D" w14:textId="77777777" w:rsidR="00842165" w:rsidRPr="00353067" w:rsidRDefault="005F22B3">
            <w:pPr>
              <w:spacing w:after="40"/>
              <w:rPr>
                <w:sz w:val="24"/>
                <w:szCs w:val="28"/>
              </w:rPr>
            </w:pPr>
            <w:r w:rsidRPr="00353067">
              <w:rPr>
                <w:sz w:val="24"/>
                <w:szCs w:val="28"/>
              </w:rPr>
              <w:t>Complete all tasks in this booklet. You may type responses or write clearly by hand on printed pages. Diagrams should be neat, labelled and large enough to read. Where calculations are required, show your working and units.</w:t>
            </w:r>
          </w:p>
        </w:tc>
      </w:tr>
    </w:tbl>
    <w:p w14:paraId="2493A034" w14:textId="77777777" w:rsidR="00842165" w:rsidRPr="00353067" w:rsidRDefault="00842165">
      <w:pPr>
        <w:rPr>
          <w:sz w:val="24"/>
          <w:szCs w:val="28"/>
        </w:rPr>
      </w:pPr>
    </w:p>
    <w:p w14:paraId="4E75B0A6" w14:textId="77777777" w:rsidR="00842165" w:rsidRPr="00353067" w:rsidRDefault="005F22B3">
      <w:pPr>
        <w:rPr>
          <w:sz w:val="24"/>
          <w:szCs w:val="28"/>
        </w:rPr>
      </w:pPr>
      <w:r w:rsidRPr="00353067">
        <w:rPr>
          <w:b/>
          <w:color w:val="68311F"/>
          <w:sz w:val="32"/>
          <w:szCs w:val="28"/>
        </w:rPr>
        <w:t>Task 1: Why have you chosen Medical Science?</w:t>
      </w:r>
      <w:r w:rsidRPr="00353067">
        <w:rPr>
          <w:b/>
          <w:sz w:val="24"/>
          <w:szCs w:val="28"/>
        </w:rPr>
        <w:t xml:space="preserve">   [10 marks]</w:t>
      </w:r>
    </w:p>
    <w:p w14:paraId="1406AE45" w14:textId="6171A1A9" w:rsidR="00842165" w:rsidRPr="00353067" w:rsidRDefault="005F22B3">
      <w:pPr>
        <w:pBdr>
          <w:bottom w:val="single" w:sz="12" w:space="1" w:color="auto"/>
        </w:pBdr>
        <w:rPr>
          <w:sz w:val="24"/>
          <w:szCs w:val="28"/>
        </w:rPr>
      </w:pPr>
      <w:r w:rsidRPr="00353067">
        <w:rPr>
          <w:sz w:val="24"/>
          <w:szCs w:val="28"/>
        </w:rPr>
        <w:t>Write an extended answer of approximately 250 words. Include: why you chose Medical Science, what areas of biology or healthcare interest you, possible careers or higher education routes, and what you will need to do to be successful at Level 3.</w:t>
      </w:r>
    </w:p>
    <w:p w14:paraId="2053BDA0" w14:textId="77777777" w:rsidR="003B30DF" w:rsidRPr="00353067" w:rsidRDefault="003B30DF">
      <w:pPr>
        <w:pBdr>
          <w:bottom w:val="single" w:sz="12" w:space="1" w:color="auto"/>
        </w:pBdr>
        <w:rPr>
          <w:sz w:val="24"/>
          <w:szCs w:val="28"/>
        </w:rPr>
      </w:pPr>
    </w:p>
    <w:p w14:paraId="3383253A"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49380008"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04660435"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58BC1BCD"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43836A4E"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2391FC38"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3285A791"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4C7A3A7F"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0822E54B"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3DC328D7"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03029B99"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1617E7BE"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2E222F7B"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708448CA"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1DE955AF"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1B88EE6C"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6F2F6286"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07E39EDA"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4251C186"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479E5E2B"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218F768F" w14:textId="77777777" w:rsidR="003B30DF" w:rsidRPr="00353067" w:rsidRDefault="003B30DF" w:rsidP="003B30DF">
      <w:pPr>
        <w:spacing w:after="40"/>
        <w:rPr>
          <w:sz w:val="24"/>
          <w:szCs w:val="28"/>
        </w:rPr>
      </w:pPr>
      <w:r w:rsidRPr="00353067">
        <w:rPr>
          <w:sz w:val="24"/>
          <w:szCs w:val="28"/>
        </w:rPr>
        <w:t>___________________________________________________________________________________________</w:t>
      </w:r>
    </w:p>
    <w:p w14:paraId="637AFCE4" w14:textId="77777777" w:rsidR="003B30DF" w:rsidRPr="00353067" w:rsidRDefault="003B30DF">
      <w:pPr>
        <w:spacing w:after="40"/>
        <w:rPr>
          <w:sz w:val="24"/>
          <w:szCs w:val="28"/>
        </w:rPr>
      </w:pPr>
    </w:p>
    <w:p w14:paraId="4BE0525A" w14:textId="77777777" w:rsidR="00842165" w:rsidRPr="00353067" w:rsidRDefault="005F22B3">
      <w:pPr>
        <w:rPr>
          <w:sz w:val="24"/>
          <w:szCs w:val="28"/>
        </w:rPr>
      </w:pPr>
      <w:r w:rsidRPr="00353067">
        <w:rPr>
          <w:b/>
          <w:color w:val="68311F"/>
          <w:sz w:val="32"/>
          <w:szCs w:val="28"/>
        </w:rPr>
        <w:lastRenderedPageBreak/>
        <w:t>Task 2: Cell ultrastructure research poster plan</w:t>
      </w:r>
      <w:r w:rsidRPr="00353067">
        <w:rPr>
          <w:b/>
          <w:sz w:val="24"/>
          <w:szCs w:val="28"/>
        </w:rPr>
        <w:t xml:space="preserve">   [25 marks]</w:t>
      </w:r>
    </w:p>
    <w:p w14:paraId="77C41225" w14:textId="77777777" w:rsidR="00842165" w:rsidRPr="00353067" w:rsidRDefault="005F22B3">
      <w:pPr>
        <w:rPr>
          <w:sz w:val="24"/>
          <w:szCs w:val="28"/>
        </w:rPr>
      </w:pPr>
      <w:r w:rsidRPr="00353067">
        <w:rPr>
          <w:sz w:val="24"/>
          <w:szCs w:val="28"/>
        </w:rPr>
        <w:t>Create a poster or one-page revision sheet comparing animal, plant and prokaryotic cells. You must include labelled diagrams and explain the structure and function of each component below.</w:t>
      </w:r>
    </w:p>
    <w:tbl>
      <w:tblPr>
        <w:tblStyle w:val="TableGrid"/>
        <w:tblW w:w="0" w:type="auto"/>
        <w:tblLook w:val="04A0" w:firstRow="1" w:lastRow="0" w:firstColumn="1" w:lastColumn="0" w:noHBand="0" w:noVBand="1"/>
      </w:tblPr>
      <w:tblGrid>
        <w:gridCol w:w="1668"/>
        <w:gridCol w:w="992"/>
        <w:gridCol w:w="850"/>
        <w:gridCol w:w="1418"/>
        <w:gridCol w:w="5368"/>
      </w:tblGrid>
      <w:tr w:rsidR="003B30DF" w:rsidRPr="00353067" w14:paraId="62154A7A" w14:textId="77777777" w:rsidTr="003B30DF">
        <w:tc>
          <w:tcPr>
            <w:tcW w:w="1668" w:type="dxa"/>
            <w:vMerge w:val="restart"/>
            <w:shd w:val="clear" w:color="auto" w:fill="D9EAF7"/>
            <w:vAlign w:val="center"/>
          </w:tcPr>
          <w:p w14:paraId="37F91246" w14:textId="77777777" w:rsidR="003B30DF" w:rsidRPr="00353067" w:rsidRDefault="003B30DF">
            <w:pPr>
              <w:rPr>
                <w:sz w:val="24"/>
                <w:szCs w:val="28"/>
              </w:rPr>
            </w:pPr>
            <w:r w:rsidRPr="00353067">
              <w:rPr>
                <w:b/>
                <w:szCs w:val="28"/>
              </w:rPr>
              <w:t>Cell component</w:t>
            </w:r>
          </w:p>
        </w:tc>
        <w:tc>
          <w:tcPr>
            <w:tcW w:w="3260" w:type="dxa"/>
            <w:gridSpan w:val="3"/>
            <w:shd w:val="clear" w:color="auto" w:fill="D9EAF7"/>
          </w:tcPr>
          <w:p w14:paraId="693ED295" w14:textId="79210B2D" w:rsidR="003B30DF" w:rsidRPr="00353067" w:rsidRDefault="003B30DF" w:rsidP="003B30DF">
            <w:pPr>
              <w:jc w:val="center"/>
              <w:rPr>
                <w:sz w:val="24"/>
                <w:szCs w:val="28"/>
              </w:rPr>
            </w:pPr>
            <w:r w:rsidRPr="00353067">
              <w:rPr>
                <w:sz w:val="24"/>
                <w:szCs w:val="28"/>
              </w:rPr>
              <w:t>Where is this component found?</w:t>
            </w:r>
          </w:p>
        </w:tc>
        <w:tc>
          <w:tcPr>
            <w:tcW w:w="5368" w:type="dxa"/>
            <w:vMerge w:val="restart"/>
            <w:shd w:val="clear" w:color="auto" w:fill="D9EAF7"/>
            <w:vAlign w:val="center"/>
          </w:tcPr>
          <w:p w14:paraId="2A217F16" w14:textId="18F56B56" w:rsidR="003B30DF" w:rsidRPr="00353067" w:rsidRDefault="003B30DF">
            <w:pPr>
              <w:rPr>
                <w:sz w:val="24"/>
                <w:szCs w:val="28"/>
              </w:rPr>
            </w:pPr>
            <w:r w:rsidRPr="00353067">
              <w:rPr>
                <w:b/>
                <w:szCs w:val="28"/>
              </w:rPr>
              <w:t>Explain the component function</w:t>
            </w:r>
          </w:p>
        </w:tc>
      </w:tr>
      <w:tr w:rsidR="003B30DF" w:rsidRPr="00353067" w14:paraId="65CA3623" w14:textId="77777777" w:rsidTr="003B30DF">
        <w:tc>
          <w:tcPr>
            <w:tcW w:w="1668" w:type="dxa"/>
            <w:vMerge/>
            <w:shd w:val="clear" w:color="auto" w:fill="D9EAF7"/>
            <w:vAlign w:val="center"/>
          </w:tcPr>
          <w:p w14:paraId="5C7774B0" w14:textId="77777777" w:rsidR="003B30DF" w:rsidRPr="00353067" w:rsidRDefault="003B30DF" w:rsidP="003B30DF">
            <w:pPr>
              <w:rPr>
                <w:b/>
                <w:szCs w:val="28"/>
              </w:rPr>
            </w:pPr>
          </w:p>
        </w:tc>
        <w:tc>
          <w:tcPr>
            <w:tcW w:w="992" w:type="dxa"/>
            <w:shd w:val="clear" w:color="auto" w:fill="D9EAF7"/>
          </w:tcPr>
          <w:p w14:paraId="6DC47D78" w14:textId="6CB51DAE" w:rsidR="003B30DF" w:rsidRPr="00353067" w:rsidRDefault="003B30DF" w:rsidP="003B30DF">
            <w:pPr>
              <w:rPr>
                <w:sz w:val="24"/>
                <w:szCs w:val="28"/>
              </w:rPr>
            </w:pPr>
            <w:r w:rsidRPr="00353067">
              <w:rPr>
                <w:sz w:val="24"/>
                <w:szCs w:val="28"/>
              </w:rPr>
              <w:t>Animal</w:t>
            </w:r>
          </w:p>
        </w:tc>
        <w:tc>
          <w:tcPr>
            <w:tcW w:w="850" w:type="dxa"/>
            <w:shd w:val="clear" w:color="auto" w:fill="D9EAF7"/>
          </w:tcPr>
          <w:p w14:paraId="260E5643" w14:textId="7B409B5C" w:rsidR="003B30DF" w:rsidRPr="00353067" w:rsidRDefault="003B30DF" w:rsidP="003B30DF">
            <w:pPr>
              <w:rPr>
                <w:sz w:val="24"/>
                <w:szCs w:val="28"/>
              </w:rPr>
            </w:pPr>
            <w:r w:rsidRPr="00353067">
              <w:rPr>
                <w:sz w:val="24"/>
                <w:szCs w:val="28"/>
              </w:rPr>
              <w:t>Plant</w:t>
            </w:r>
          </w:p>
        </w:tc>
        <w:tc>
          <w:tcPr>
            <w:tcW w:w="1418" w:type="dxa"/>
            <w:shd w:val="clear" w:color="auto" w:fill="D9EAF7"/>
            <w:vAlign w:val="center"/>
          </w:tcPr>
          <w:p w14:paraId="0F1010F3" w14:textId="78952210" w:rsidR="003B30DF" w:rsidRPr="00353067" w:rsidRDefault="003B30DF" w:rsidP="003B30DF">
            <w:pPr>
              <w:rPr>
                <w:sz w:val="24"/>
                <w:szCs w:val="28"/>
              </w:rPr>
            </w:pPr>
            <w:r w:rsidRPr="00353067">
              <w:rPr>
                <w:sz w:val="24"/>
                <w:szCs w:val="28"/>
              </w:rPr>
              <w:t xml:space="preserve">Prokaryotic </w:t>
            </w:r>
          </w:p>
        </w:tc>
        <w:tc>
          <w:tcPr>
            <w:tcW w:w="5368" w:type="dxa"/>
            <w:vMerge/>
            <w:shd w:val="clear" w:color="auto" w:fill="D9EAF7"/>
            <w:vAlign w:val="center"/>
          </w:tcPr>
          <w:p w14:paraId="7666EE20" w14:textId="77777777" w:rsidR="003B30DF" w:rsidRPr="00353067" w:rsidRDefault="003B30DF" w:rsidP="003B30DF">
            <w:pPr>
              <w:rPr>
                <w:b/>
                <w:szCs w:val="28"/>
              </w:rPr>
            </w:pPr>
          </w:p>
        </w:tc>
      </w:tr>
      <w:tr w:rsidR="003B30DF" w:rsidRPr="00353067" w14:paraId="52F4F9B6" w14:textId="77777777" w:rsidTr="003B30DF">
        <w:tc>
          <w:tcPr>
            <w:tcW w:w="1668" w:type="dxa"/>
            <w:vAlign w:val="center"/>
          </w:tcPr>
          <w:p w14:paraId="65D72234" w14:textId="32904A04" w:rsidR="003B30DF" w:rsidRPr="00353067" w:rsidRDefault="003B30DF" w:rsidP="003B30DF">
            <w:pPr>
              <w:rPr>
                <w:sz w:val="24"/>
                <w:szCs w:val="28"/>
              </w:rPr>
            </w:pPr>
            <w:r w:rsidRPr="00353067">
              <w:rPr>
                <w:szCs w:val="28"/>
              </w:rPr>
              <w:t>Nucleus</w:t>
            </w:r>
          </w:p>
        </w:tc>
        <w:tc>
          <w:tcPr>
            <w:tcW w:w="992" w:type="dxa"/>
          </w:tcPr>
          <w:p w14:paraId="4DB97FCE" w14:textId="77777777" w:rsidR="003B30DF" w:rsidRPr="00353067" w:rsidRDefault="003B30DF" w:rsidP="003B30DF">
            <w:pPr>
              <w:rPr>
                <w:sz w:val="24"/>
                <w:szCs w:val="28"/>
              </w:rPr>
            </w:pPr>
          </w:p>
        </w:tc>
        <w:tc>
          <w:tcPr>
            <w:tcW w:w="850" w:type="dxa"/>
          </w:tcPr>
          <w:p w14:paraId="1A1BBE11" w14:textId="73A64BDE" w:rsidR="003B30DF" w:rsidRPr="00353067" w:rsidRDefault="003B30DF" w:rsidP="003B30DF">
            <w:pPr>
              <w:rPr>
                <w:sz w:val="24"/>
                <w:szCs w:val="28"/>
              </w:rPr>
            </w:pPr>
          </w:p>
        </w:tc>
        <w:tc>
          <w:tcPr>
            <w:tcW w:w="1418" w:type="dxa"/>
            <w:vAlign w:val="center"/>
          </w:tcPr>
          <w:p w14:paraId="475C46A8" w14:textId="489F15FF" w:rsidR="003B30DF" w:rsidRPr="00353067" w:rsidRDefault="003B30DF" w:rsidP="003B30DF">
            <w:pPr>
              <w:rPr>
                <w:sz w:val="24"/>
                <w:szCs w:val="28"/>
              </w:rPr>
            </w:pPr>
          </w:p>
          <w:p w14:paraId="094816B6" w14:textId="77777777" w:rsidR="003B30DF" w:rsidRPr="00353067" w:rsidRDefault="003B30DF" w:rsidP="003B30DF">
            <w:pPr>
              <w:rPr>
                <w:sz w:val="24"/>
                <w:szCs w:val="28"/>
              </w:rPr>
            </w:pPr>
          </w:p>
        </w:tc>
        <w:tc>
          <w:tcPr>
            <w:tcW w:w="5368" w:type="dxa"/>
            <w:vAlign w:val="center"/>
          </w:tcPr>
          <w:p w14:paraId="61251A73" w14:textId="77777777" w:rsidR="003B30DF" w:rsidRPr="00353067" w:rsidRDefault="003B30DF" w:rsidP="003B30DF">
            <w:pPr>
              <w:rPr>
                <w:sz w:val="24"/>
                <w:szCs w:val="28"/>
              </w:rPr>
            </w:pPr>
          </w:p>
          <w:p w14:paraId="2D9BF439" w14:textId="77777777" w:rsidR="003B30DF" w:rsidRPr="00353067" w:rsidRDefault="003B30DF" w:rsidP="003B30DF">
            <w:pPr>
              <w:rPr>
                <w:sz w:val="24"/>
                <w:szCs w:val="28"/>
              </w:rPr>
            </w:pPr>
          </w:p>
        </w:tc>
      </w:tr>
      <w:tr w:rsidR="003B30DF" w:rsidRPr="00353067" w14:paraId="47EA09EF" w14:textId="77777777" w:rsidTr="003B30DF">
        <w:tc>
          <w:tcPr>
            <w:tcW w:w="1668" w:type="dxa"/>
            <w:vAlign w:val="center"/>
          </w:tcPr>
          <w:p w14:paraId="1B1C8E24" w14:textId="5E43AC8E" w:rsidR="003B30DF" w:rsidRPr="00353067" w:rsidRDefault="003B30DF" w:rsidP="003B30DF">
            <w:pPr>
              <w:rPr>
                <w:sz w:val="24"/>
                <w:szCs w:val="28"/>
              </w:rPr>
            </w:pPr>
            <w:r w:rsidRPr="00353067">
              <w:rPr>
                <w:szCs w:val="28"/>
              </w:rPr>
              <w:t>Nucleolus</w:t>
            </w:r>
          </w:p>
        </w:tc>
        <w:tc>
          <w:tcPr>
            <w:tcW w:w="992" w:type="dxa"/>
          </w:tcPr>
          <w:p w14:paraId="31A38ED0" w14:textId="77777777" w:rsidR="003B30DF" w:rsidRPr="00353067" w:rsidRDefault="003B30DF" w:rsidP="003B30DF">
            <w:pPr>
              <w:rPr>
                <w:sz w:val="24"/>
                <w:szCs w:val="28"/>
              </w:rPr>
            </w:pPr>
          </w:p>
        </w:tc>
        <w:tc>
          <w:tcPr>
            <w:tcW w:w="850" w:type="dxa"/>
          </w:tcPr>
          <w:p w14:paraId="71D5754B" w14:textId="6068DAED" w:rsidR="003B30DF" w:rsidRPr="00353067" w:rsidRDefault="003B30DF" w:rsidP="003B30DF">
            <w:pPr>
              <w:rPr>
                <w:sz w:val="24"/>
                <w:szCs w:val="28"/>
              </w:rPr>
            </w:pPr>
          </w:p>
        </w:tc>
        <w:tc>
          <w:tcPr>
            <w:tcW w:w="1418" w:type="dxa"/>
            <w:vAlign w:val="center"/>
          </w:tcPr>
          <w:p w14:paraId="3185B872" w14:textId="35575144" w:rsidR="003B30DF" w:rsidRPr="00353067" w:rsidRDefault="003B30DF" w:rsidP="003B30DF">
            <w:pPr>
              <w:rPr>
                <w:sz w:val="24"/>
                <w:szCs w:val="28"/>
              </w:rPr>
            </w:pPr>
          </w:p>
        </w:tc>
        <w:tc>
          <w:tcPr>
            <w:tcW w:w="5368" w:type="dxa"/>
            <w:vAlign w:val="center"/>
          </w:tcPr>
          <w:p w14:paraId="02B81832" w14:textId="77777777" w:rsidR="003B30DF" w:rsidRPr="00353067" w:rsidRDefault="003B30DF" w:rsidP="003B30DF">
            <w:pPr>
              <w:rPr>
                <w:sz w:val="24"/>
                <w:szCs w:val="28"/>
              </w:rPr>
            </w:pPr>
          </w:p>
          <w:p w14:paraId="7201BE2F" w14:textId="77777777" w:rsidR="003B30DF" w:rsidRPr="00353067" w:rsidRDefault="003B30DF" w:rsidP="003B30DF">
            <w:pPr>
              <w:rPr>
                <w:sz w:val="24"/>
                <w:szCs w:val="28"/>
              </w:rPr>
            </w:pPr>
          </w:p>
        </w:tc>
      </w:tr>
      <w:tr w:rsidR="003B30DF" w:rsidRPr="00353067" w14:paraId="7179D8B3" w14:textId="77777777" w:rsidTr="003B30DF">
        <w:tc>
          <w:tcPr>
            <w:tcW w:w="1668" w:type="dxa"/>
            <w:vAlign w:val="center"/>
          </w:tcPr>
          <w:p w14:paraId="788BEF36" w14:textId="77777777" w:rsidR="003B30DF" w:rsidRPr="00353067" w:rsidRDefault="003B30DF" w:rsidP="003B30DF">
            <w:pPr>
              <w:rPr>
                <w:sz w:val="24"/>
                <w:szCs w:val="28"/>
              </w:rPr>
            </w:pPr>
            <w:r w:rsidRPr="00353067">
              <w:rPr>
                <w:szCs w:val="28"/>
              </w:rPr>
              <w:t>rough endoplasmic reticulum</w:t>
            </w:r>
          </w:p>
        </w:tc>
        <w:tc>
          <w:tcPr>
            <w:tcW w:w="992" w:type="dxa"/>
          </w:tcPr>
          <w:p w14:paraId="2E748BF4" w14:textId="77777777" w:rsidR="003B30DF" w:rsidRPr="00353067" w:rsidRDefault="003B30DF" w:rsidP="003B30DF">
            <w:pPr>
              <w:rPr>
                <w:sz w:val="24"/>
                <w:szCs w:val="28"/>
              </w:rPr>
            </w:pPr>
          </w:p>
        </w:tc>
        <w:tc>
          <w:tcPr>
            <w:tcW w:w="850" w:type="dxa"/>
          </w:tcPr>
          <w:p w14:paraId="4B259F4A" w14:textId="6AAA9DCC" w:rsidR="003B30DF" w:rsidRPr="00353067" w:rsidRDefault="003B30DF" w:rsidP="003B30DF">
            <w:pPr>
              <w:rPr>
                <w:sz w:val="24"/>
                <w:szCs w:val="28"/>
              </w:rPr>
            </w:pPr>
          </w:p>
        </w:tc>
        <w:tc>
          <w:tcPr>
            <w:tcW w:w="1418" w:type="dxa"/>
            <w:vAlign w:val="center"/>
          </w:tcPr>
          <w:p w14:paraId="2B64DF35" w14:textId="2501A50D" w:rsidR="003B30DF" w:rsidRPr="00353067" w:rsidRDefault="003B30DF" w:rsidP="003B30DF">
            <w:pPr>
              <w:rPr>
                <w:sz w:val="24"/>
                <w:szCs w:val="28"/>
              </w:rPr>
            </w:pPr>
          </w:p>
        </w:tc>
        <w:tc>
          <w:tcPr>
            <w:tcW w:w="5368" w:type="dxa"/>
            <w:vAlign w:val="center"/>
          </w:tcPr>
          <w:p w14:paraId="57D3C001" w14:textId="77777777" w:rsidR="003B30DF" w:rsidRPr="00353067" w:rsidRDefault="003B30DF" w:rsidP="003B30DF">
            <w:pPr>
              <w:rPr>
                <w:sz w:val="24"/>
                <w:szCs w:val="28"/>
              </w:rPr>
            </w:pPr>
          </w:p>
        </w:tc>
      </w:tr>
      <w:tr w:rsidR="003B30DF" w:rsidRPr="00353067" w14:paraId="2748A8B4" w14:textId="77777777" w:rsidTr="003B30DF">
        <w:tc>
          <w:tcPr>
            <w:tcW w:w="1668" w:type="dxa"/>
            <w:vAlign w:val="center"/>
          </w:tcPr>
          <w:p w14:paraId="6A7B5245" w14:textId="77777777" w:rsidR="003B30DF" w:rsidRPr="00353067" w:rsidRDefault="003B30DF" w:rsidP="003B30DF">
            <w:pPr>
              <w:rPr>
                <w:sz w:val="24"/>
                <w:szCs w:val="28"/>
              </w:rPr>
            </w:pPr>
            <w:r w:rsidRPr="00353067">
              <w:rPr>
                <w:szCs w:val="28"/>
              </w:rPr>
              <w:t>smooth endoplasmic reticulum</w:t>
            </w:r>
          </w:p>
        </w:tc>
        <w:tc>
          <w:tcPr>
            <w:tcW w:w="992" w:type="dxa"/>
          </w:tcPr>
          <w:p w14:paraId="0859C31B" w14:textId="77777777" w:rsidR="003B30DF" w:rsidRPr="00353067" w:rsidRDefault="003B30DF" w:rsidP="003B30DF">
            <w:pPr>
              <w:rPr>
                <w:sz w:val="24"/>
                <w:szCs w:val="28"/>
              </w:rPr>
            </w:pPr>
          </w:p>
        </w:tc>
        <w:tc>
          <w:tcPr>
            <w:tcW w:w="850" w:type="dxa"/>
          </w:tcPr>
          <w:p w14:paraId="6ABA971B" w14:textId="4829D83F" w:rsidR="003B30DF" w:rsidRPr="00353067" w:rsidRDefault="003B30DF" w:rsidP="003B30DF">
            <w:pPr>
              <w:rPr>
                <w:sz w:val="24"/>
                <w:szCs w:val="28"/>
              </w:rPr>
            </w:pPr>
          </w:p>
        </w:tc>
        <w:tc>
          <w:tcPr>
            <w:tcW w:w="1418" w:type="dxa"/>
            <w:vAlign w:val="center"/>
          </w:tcPr>
          <w:p w14:paraId="18101C07" w14:textId="7D5CC33B" w:rsidR="003B30DF" w:rsidRPr="00353067" w:rsidRDefault="003B30DF" w:rsidP="003B30DF">
            <w:pPr>
              <w:rPr>
                <w:sz w:val="24"/>
                <w:szCs w:val="28"/>
              </w:rPr>
            </w:pPr>
          </w:p>
        </w:tc>
        <w:tc>
          <w:tcPr>
            <w:tcW w:w="5368" w:type="dxa"/>
            <w:vAlign w:val="center"/>
          </w:tcPr>
          <w:p w14:paraId="3D0FEECB" w14:textId="77777777" w:rsidR="003B30DF" w:rsidRPr="00353067" w:rsidRDefault="003B30DF" w:rsidP="003B30DF">
            <w:pPr>
              <w:rPr>
                <w:sz w:val="24"/>
                <w:szCs w:val="28"/>
              </w:rPr>
            </w:pPr>
          </w:p>
        </w:tc>
      </w:tr>
      <w:tr w:rsidR="003B30DF" w:rsidRPr="00353067" w14:paraId="3D9ACD2C" w14:textId="77777777" w:rsidTr="003B30DF">
        <w:tc>
          <w:tcPr>
            <w:tcW w:w="1668" w:type="dxa"/>
            <w:vAlign w:val="center"/>
          </w:tcPr>
          <w:p w14:paraId="297CDBC1" w14:textId="55A6A356" w:rsidR="003B30DF" w:rsidRPr="00353067" w:rsidRDefault="003B30DF" w:rsidP="003B30DF">
            <w:pPr>
              <w:rPr>
                <w:sz w:val="24"/>
                <w:szCs w:val="28"/>
              </w:rPr>
            </w:pPr>
            <w:r w:rsidRPr="00353067">
              <w:rPr>
                <w:szCs w:val="28"/>
              </w:rPr>
              <w:t>Ribosomes</w:t>
            </w:r>
          </w:p>
        </w:tc>
        <w:tc>
          <w:tcPr>
            <w:tcW w:w="992" w:type="dxa"/>
          </w:tcPr>
          <w:p w14:paraId="3B37D45E" w14:textId="77777777" w:rsidR="003B30DF" w:rsidRPr="00353067" w:rsidRDefault="003B30DF" w:rsidP="003B30DF">
            <w:pPr>
              <w:rPr>
                <w:sz w:val="24"/>
                <w:szCs w:val="28"/>
              </w:rPr>
            </w:pPr>
          </w:p>
        </w:tc>
        <w:tc>
          <w:tcPr>
            <w:tcW w:w="850" w:type="dxa"/>
          </w:tcPr>
          <w:p w14:paraId="2D98000F" w14:textId="769E8A98" w:rsidR="003B30DF" w:rsidRPr="00353067" w:rsidRDefault="003B30DF" w:rsidP="003B30DF">
            <w:pPr>
              <w:rPr>
                <w:sz w:val="24"/>
                <w:szCs w:val="28"/>
              </w:rPr>
            </w:pPr>
          </w:p>
        </w:tc>
        <w:tc>
          <w:tcPr>
            <w:tcW w:w="1418" w:type="dxa"/>
            <w:vAlign w:val="center"/>
          </w:tcPr>
          <w:p w14:paraId="36075733" w14:textId="1343DD93" w:rsidR="003B30DF" w:rsidRPr="00353067" w:rsidRDefault="003B30DF" w:rsidP="003B30DF">
            <w:pPr>
              <w:rPr>
                <w:sz w:val="24"/>
                <w:szCs w:val="28"/>
              </w:rPr>
            </w:pPr>
          </w:p>
        </w:tc>
        <w:tc>
          <w:tcPr>
            <w:tcW w:w="5368" w:type="dxa"/>
            <w:vAlign w:val="center"/>
          </w:tcPr>
          <w:p w14:paraId="67908CE5" w14:textId="77777777" w:rsidR="003B30DF" w:rsidRPr="00353067" w:rsidRDefault="003B30DF" w:rsidP="003B30DF">
            <w:pPr>
              <w:rPr>
                <w:sz w:val="24"/>
                <w:szCs w:val="28"/>
              </w:rPr>
            </w:pPr>
          </w:p>
          <w:p w14:paraId="52A9226F" w14:textId="77777777" w:rsidR="003B30DF" w:rsidRPr="00353067" w:rsidRDefault="003B30DF" w:rsidP="003B30DF">
            <w:pPr>
              <w:rPr>
                <w:sz w:val="24"/>
                <w:szCs w:val="28"/>
              </w:rPr>
            </w:pPr>
          </w:p>
        </w:tc>
      </w:tr>
      <w:tr w:rsidR="003B30DF" w:rsidRPr="00353067" w14:paraId="66C5F8A7" w14:textId="77777777" w:rsidTr="003B30DF">
        <w:tc>
          <w:tcPr>
            <w:tcW w:w="1668" w:type="dxa"/>
            <w:vAlign w:val="center"/>
          </w:tcPr>
          <w:p w14:paraId="76BDEA72" w14:textId="77777777" w:rsidR="003B30DF" w:rsidRPr="00353067" w:rsidRDefault="003B30DF" w:rsidP="003B30DF">
            <w:pPr>
              <w:rPr>
                <w:sz w:val="24"/>
                <w:szCs w:val="28"/>
              </w:rPr>
            </w:pPr>
            <w:r w:rsidRPr="00353067">
              <w:rPr>
                <w:szCs w:val="28"/>
              </w:rPr>
              <w:t>Golgi apparatus</w:t>
            </w:r>
          </w:p>
        </w:tc>
        <w:tc>
          <w:tcPr>
            <w:tcW w:w="992" w:type="dxa"/>
          </w:tcPr>
          <w:p w14:paraId="545F1323" w14:textId="77777777" w:rsidR="003B30DF" w:rsidRPr="00353067" w:rsidRDefault="003B30DF" w:rsidP="003B30DF">
            <w:pPr>
              <w:rPr>
                <w:sz w:val="24"/>
                <w:szCs w:val="28"/>
              </w:rPr>
            </w:pPr>
          </w:p>
        </w:tc>
        <w:tc>
          <w:tcPr>
            <w:tcW w:w="850" w:type="dxa"/>
          </w:tcPr>
          <w:p w14:paraId="2EE49D1D" w14:textId="67DAEA65" w:rsidR="003B30DF" w:rsidRPr="00353067" w:rsidRDefault="003B30DF" w:rsidP="003B30DF">
            <w:pPr>
              <w:rPr>
                <w:sz w:val="24"/>
                <w:szCs w:val="28"/>
              </w:rPr>
            </w:pPr>
          </w:p>
        </w:tc>
        <w:tc>
          <w:tcPr>
            <w:tcW w:w="1418" w:type="dxa"/>
            <w:vAlign w:val="center"/>
          </w:tcPr>
          <w:p w14:paraId="6ED812F8" w14:textId="3B470702" w:rsidR="003B30DF" w:rsidRPr="00353067" w:rsidRDefault="003B30DF" w:rsidP="003B30DF">
            <w:pPr>
              <w:rPr>
                <w:sz w:val="24"/>
                <w:szCs w:val="28"/>
              </w:rPr>
            </w:pPr>
          </w:p>
        </w:tc>
        <w:tc>
          <w:tcPr>
            <w:tcW w:w="5368" w:type="dxa"/>
            <w:vAlign w:val="center"/>
          </w:tcPr>
          <w:p w14:paraId="78978220" w14:textId="77777777" w:rsidR="003B30DF" w:rsidRPr="00353067" w:rsidRDefault="003B30DF" w:rsidP="003B30DF">
            <w:pPr>
              <w:rPr>
                <w:sz w:val="24"/>
                <w:szCs w:val="28"/>
              </w:rPr>
            </w:pPr>
          </w:p>
          <w:p w14:paraId="725CA229" w14:textId="77777777" w:rsidR="003B30DF" w:rsidRPr="00353067" w:rsidRDefault="003B30DF" w:rsidP="003B30DF">
            <w:pPr>
              <w:rPr>
                <w:sz w:val="24"/>
                <w:szCs w:val="28"/>
              </w:rPr>
            </w:pPr>
          </w:p>
        </w:tc>
      </w:tr>
      <w:tr w:rsidR="003B30DF" w:rsidRPr="00353067" w14:paraId="428097A7" w14:textId="77777777" w:rsidTr="003B30DF">
        <w:tc>
          <w:tcPr>
            <w:tcW w:w="1668" w:type="dxa"/>
            <w:vAlign w:val="center"/>
          </w:tcPr>
          <w:p w14:paraId="53E0FEF3" w14:textId="77777777" w:rsidR="003B30DF" w:rsidRPr="00353067" w:rsidRDefault="003B30DF" w:rsidP="003B30DF">
            <w:pPr>
              <w:rPr>
                <w:sz w:val="24"/>
                <w:szCs w:val="28"/>
              </w:rPr>
            </w:pPr>
            <w:r w:rsidRPr="00353067">
              <w:rPr>
                <w:szCs w:val="28"/>
              </w:rPr>
              <w:t>cell surface membrane</w:t>
            </w:r>
          </w:p>
        </w:tc>
        <w:tc>
          <w:tcPr>
            <w:tcW w:w="992" w:type="dxa"/>
          </w:tcPr>
          <w:p w14:paraId="3B708D97" w14:textId="77777777" w:rsidR="003B30DF" w:rsidRPr="00353067" w:rsidRDefault="003B30DF" w:rsidP="003B30DF">
            <w:pPr>
              <w:rPr>
                <w:sz w:val="24"/>
                <w:szCs w:val="28"/>
              </w:rPr>
            </w:pPr>
          </w:p>
        </w:tc>
        <w:tc>
          <w:tcPr>
            <w:tcW w:w="850" w:type="dxa"/>
          </w:tcPr>
          <w:p w14:paraId="35941892" w14:textId="5E6DF583" w:rsidR="003B30DF" w:rsidRPr="00353067" w:rsidRDefault="003B30DF" w:rsidP="003B30DF">
            <w:pPr>
              <w:rPr>
                <w:sz w:val="24"/>
                <w:szCs w:val="28"/>
              </w:rPr>
            </w:pPr>
          </w:p>
        </w:tc>
        <w:tc>
          <w:tcPr>
            <w:tcW w:w="1418" w:type="dxa"/>
            <w:vAlign w:val="center"/>
          </w:tcPr>
          <w:p w14:paraId="79A199C6" w14:textId="136C1CA8" w:rsidR="003B30DF" w:rsidRPr="00353067" w:rsidRDefault="003B30DF" w:rsidP="003B30DF">
            <w:pPr>
              <w:rPr>
                <w:sz w:val="24"/>
                <w:szCs w:val="28"/>
              </w:rPr>
            </w:pPr>
          </w:p>
        </w:tc>
        <w:tc>
          <w:tcPr>
            <w:tcW w:w="5368" w:type="dxa"/>
            <w:vAlign w:val="center"/>
          </w:tcPr>
          <w:p w14:paraId="15BFEF93" w14:textId="77777777" w:rsidR="003B30DF" w:rsidRPr="00353067" w:rsidRDefault="003B30DF" w:rsidP="003B30DF">
            <w:pPr>
              <w:rPr>
                <w:sz w:val="24"/>
                <w:szCs w:val="28"/>
              </w:rPr>
            </w:pPr>
          </w:p>
          <w:p w14:paraId="4795378B" w14:textId="77777777" w:rsidR="003B30DF" w:rsidRPr="00353067" w:rsidRDefault="003B30DF" w:rsidP="003B30DF">
            <w:pPr>
              <w:rPr>
                <w:sz w:val="24"/>
                <w:szCs w:val="28"/>
              </w:rPr>
            </w:pPr>
          </w:p>
        </w:tc>
      </w:tr>
      <w:tr w:rsidR="003B30DF" w:rsidRPr="00353067" w14:paraId="78F99CD3" w14:textId="77777777" w:rsidTr="003B30DF">
        <w:tc>
          <w:tcPr>
            <w:tcW w:w="1668" w:type="dxa"/>
            <w:vAlign w:val="center"/>
          </w:tcPr>
          <w:p w14:paraId="5A46B86F" w14:textId="77777777" w:rsidR="003B30DF" w:rsidRPr="00353067" w:rsidRDefault="003B30DF" w:rsidP="003B30DF">
            <w:pPr>
              <w:rPr>
                <w:sz w:val="24"/>
                <w:szCs w:val="28"/>
              </w:rPr>
            </w:pPr>
            <w:r w:rsidRPr="00353067">
              <w:rPr>
                <w:szCs w:val="28"/>
              </w:rPr>
              <w:t>mitochondria</w:t>
            </w:r>
          </w:p>
        </w:tc>
        <w:tc>
          <w:tcPr>
            <w:tcW w:w="992" w:type="dxa"/>
          </w:tcPr>
          <w:p w14:paraId="2E122E34" w14:textId="77777777" w:rsidR="003B30DF" w:rsidRPr="00353067" w:rsidRDefault="003B30DF" w:rsidP="003B30DF">
            <w:pPr>
              <w:rPr>
                <w:sz w:val="24"/>
                <w:szCs w:val="28"/>
              </w:rPr>
            </w:pPr>
          </w:p>
        </w:tc>
        <w:tc>
          <w:tcPr>
            <w:tcW w:w="850" w:type="dxa"/>
          </w:tcPr>
          <w:p w14:paraId="6D94F157" w14:textId="67F49C04" w:rsidR="003B30DF" w:rsidRPr="00353067" w:rsidRDefault="003B30DF" w:rsidP="003B30DF">
            <w:pPr>
              <w:rPr>
                <w:sz w:val="24"/>
                <w:szCs w:val="28"/>
              </w:rPr>
            </w:pPr>
          </w:p>
        </w:tc>
        <w:tc>
          <w:tcPr>
            <w:tcW w:w="1418" w:type="dxa"/>
            <w:vAlign w:val="center"/>
          </w:tcPr>
          <w:p w14:paraId="661E6133" w14:textId="0D7F7415" w:rsidR="003B30DF" w:rsidRPr="00353067" w:rsidRDefault="003B30DF" w:rsidP="003B30DF">
            <w:pPr>
              <w:rPr>
                <w:sz w:val="24"/>
                <w:szCs w:val="28"/>
              </w:rPr>
            </w:pPr>
          </w:p>
        </w:tc>
        <w:tc>
          <w:tcPr>
            <w:tcW w:w="5368" w:type="dxa"/>
            <w:vAlign w:val="center"/>
          </w:tcPr>
          <w:p w14:paraId="1BA633EC" w14:textId="77777777" w:rsidR="003B30DF" w:rsidRPr="00353067" w:rsidRDefault="003B30DF" w:rsidP="003B30DF">
            <w:pPr>
              <w:rPr>
                <w:sz w:val="24"/>
                <w:szCs w:val="28"/>
              </w:rPr>
            </w:pPr>
          </w:p>
          <w:p w14:paraId="3683CA6E" w14:textId="77777777" w:rsidR="003B30DF" w:rsidRPr="00353067" w:rsidRDefault="003B30DF" w:rsidP="003B30DF">
            <w:pPr>
              <w:rPr>
                <w:sz w:val="24"/>
                <w:szCs w:val="28"/>
              </w:rPr>
            </w:pPr>
          </w:p>
        </w:tc>
      </w:tr>
      <w:tr w:rsidR="003B30DF" w:rsidRPr="00353067" w14:paraId="7FA4CF00" w14:textId="77777777" w:rsidTr="003B30DF">
        <w:tc>
          <w:tcPr>
            <w:tcW w:w="1668" w:type="dxa"/>
            <w:vAlign w:val="center"/>
          </w:tcPr>
          <w:p w14:paraId="1B0233B4" w14:textId="77777777" w:rsidR="003B30DF" w:rsidRPr="00353067" w:rsidRDefault="003B30DF" w:rsidP="003B30DF">
            <w:pPr>
              <w:rPr>
                <w:sz w:val="24"/>
                <w:szCs w:val="28"/>
              </w:rPr>
            </w:pPr>
            <w:r w:rsidRPr="00353067">
              <w:rPr>
                <w:szCs w:val="28"/>
              </w:rPr>
              <w:t>chloroplast</w:t>
            </w:r>
          </w:p>
        </w:tc>
        <w:tc>
          <w:tcPr>
            <w:tcW w:w="992" w:type="dxa"/>
          </w:tcPr>
          <w:p w14:paraId="6BDACE00" w14:textId="77777777" w:rsidR="003B30DF" w:rsidRPr="00353067" w:rsidRDefault="003B30DF" w:rsidP="003B30DF">
            <w:pPr>
              <w:rPr>
                <w:sz w:val="24"/>
                <w:szCs w:val="28"/>
              </w:rPr>
            </w:pPr>
          </w:p>
        </w:tc>
        <w:tc>
          <w:tcPr>
            <w:tcW w:w="850" w:type="dxa"/>
          </w:tcPr>
          <w:p w14:paraId="1BA24551" w14:textId="0A835830" w:rsidR="003B30DF" w:rsidRPr="00353067" w:rsidRDefault="003B30DF" w:rsidP="003B30DF">
            <w:pPr>
              <w:rPr>
                <w:sz w:val="24"/>
                <w:szCs w:val="28"/>
              </w:rPr>
            </w:pPr>
          </w:p>
        </w:tc>
        <w:tc>
          <w:tcPr>
            <w:tcW w:w="1418" w:type="dxa"/>
            <w:vAlign w:val="center"/>
          </w:tcPr>
          <w:p w14:paraId="3E864D58" w14:textId="05FB7ACA" w:rsidR="003B30DF" w:rsidRPr="00353067" w:rsidRDefault="003B30DF" w:rsidP="003B30DF">
            <w:pPr>
              <w:rPr>
                <w:sz w:val="24"/>
                <w:szCs w:val="28"/>
              </w:rPr>
            </w:pPr>
          </w:p>
        </w:tc>
        <w:tc>
          <w:tcPr>
            <w:tcW w:w="5368" w:type="dxa"/>
            <w:vAlign w:val="center"/>
          </w:tcPr>
          <w:p w14:paraId="381D506F" w14:textId="77777777" w:rsidR="003B30DF" w:rsidRPr="00353067" w:rsidRDefault="003B30DF" w:rsidP="003B30DF">
            <w:pPr>
              <w:rPr>
                <w:sz w:val="24"/>
                <w:szCs w:val="28"/>
              </w:rPr>
            </w:pPr>
          </w:p>
          <w:p w14:paraId="4151F15A" w14:textId="389B350D" w:rsidR="003B30DF" w:rsidRPr="00353067" w:rsidRDefault="003B30DF" w:rsidP="003B30DF">
            <w:pPr>
              <w:rPr>
                <w:sz w:val="24"/>
                <w:szCs w:val="28"/>
              </w:rPr>
            </w:pPr>
          </w:p>
        </w:tc>
      </w:tr>
      <w:tr w:rsidR="003B30DF" w:rsidRPr="00353067" w14:paraId="22FA8D50" w14:textId="77777777" w:rsidTr="003B30DF">
        <w:tc>
          <w:tcPr>
            <w:tcW w:w="1668" w:type="dxa"/>
            <w:vAlign w:val="center"/>
          </w:tcPr>
          <w:p w14:paraId="70A633E0" w14:textId="77777777" w:rsidR="003B30DF" w:rsidRPr="00353067" w:rsidRDefault="003B30DF" w:rsidP="003B30DF">
            <w:pPr>
              <w:rPr>
                <w:sz w:val="24"/>
                <w:szCs w:val="28"/>
              </w:rPr>
            </w:pPr>
            <w:r w:rsidRPr="00353067">
              <w:rPr>
                <w:szCs w:val="28"/>
              </w:rPr>
              <w:t>permanent vacuole</w:t>
            </w:r>
          </w:p>
        </w:tc>
        <w:tc>
          <w:tcPr>
            <w:tcW w:w="992" w:type="dxa"/>
          </w:tcPr>
          <w:p w14:paraId="459E726F" w14:textId="77777777" w:rsidR="003B30DF" w:rsidRPr="00353067" w:rsidRDefault="003B30DF" w:rsidP="003B30DF">
            <w:pPr>
              <w:rPr>
                <w:sz w:val="24"/>
                <w:szCs w:val="28"/>
              </w:rPr>
            </w:pPr>
          </w:p>
        </w:tc>
        <w:tc>
          <w:tcPr>
            <w:tcW w:w="850" w:type="dxa"/>
          </w:tcPr>
          <w:p w14:paraId="1F4F23B4" w14:textId="441DC86A" w:rsidR="003B30DF" w:rsidRPr="00353067" w:rsidRDefault="003B30DF" w:rsidP="003B30DF">
            <w:pPr>
              <w:rPr>
                <w:sz w:val="24"/>
                <w:szCs w:val="28"/>
              </w:rPr>
            </w:pPr>
          </w:p>
        </w:tc>
        <w:tc>
          <w:tcPr>
            <w:tcW w:w="1418" w:type="dxa"/>
            <w:vAlign w:val="center"/>
          </w:tcPr>
          <w:p w14:paraId="33210266" w14:textId="3B49F52A" w:rsidR="003B30DF" w:rsidRPr="00353067" w:rsidRDefault="003B30DF" w:rsidP="003B30DF">
            <w:pPr>
              <w:rPr>
                <w:sz w:val="24"/>
                <w:szCs w:val="28"/>
              </w:rPr>
            </w:pPr>
          </w:p>
        </w:tc>
        <w:tc>
          <w:tcPr>
            <w:tcW w:w="5368" w:type="dxa"/>
            <w:vAlign w:val="center"/>
          </w:tcPr>
          <w:p w14:paraId="1465DDCC" w14:textId="77777777" w:rsidR="003B30DF" w:rsidRPr="00353067" w:rsidRDefault="003B30DF" w:rsidP="003B30DF">
            <w:pPr>
              <w:rPr>
                <w:sz w:val="24"/>
                <w:szCs w:val="28"/>
              </w:rPr>
            </w:pPr>
          </w:p>
        </w:tc>
      </w:tr>
      <w:tr w:rsidR="003B30DF" w:rsidRPr="00353067" w14:paraId="3B52CF5A" w14:textId="77777777" w:rsidTr="003B30DF">
        <w:tc>
          <w:tcPr>
            <w:tcW w:w="1668" w:type="dxa"/>
            <w:vAlign w:val="center"/>
          </w:tcPr>
          <w:p w14:paraId="010C045E" w14:textId="77777777" w:rsidR="003B30DF" w:rsidRPr="00353067" w:rsidRDefault="003B30DF" w:rsidP="003B30DF">
            <w:pPr>
              <w:rPr>
                <w:sz w:val="24"/>
                <w:szCs w:val="28"/>
              </w:rPr>
            </w:pPr>
            <w:r w:rsidRPr="00353067">
              <w:rPr>
                <w:szCs w:val="28"/>
              </w:rPr>
              <w:t>cell wall</w:t>
            </w:r>
          </w:p>
        </w:tc>
        <w:tc>
          <w:tcPr>
            <w:tcW w:w="992" w:type="dxa"/>
          </w:tcPr>
          <w:p w14:paraId="0663CF34" w14:textId="77777777" w:rsidR="003B30DF" w:rsidRPr="00353067" w:rsidRDefault="003B30DF" w:rsidP="003B30DF">
            <w:pPr>
              <w:rPr>
                <w:sz w:val="24"/>
                <w:szCs w:val="28"/>
              </w:rPr>
            </w:pPr>
          </w:p>
        </w:tc>
        <w:tc>
          <w:tcPr>
            <w:tcW w:w="850" w:type="dxa"/>
          </w:tcPr>
          <w:p w14:paraId="7AF3AF00" w14:textId="6A98E3B0" w:rsidR="003B30DF" w:rsidRPr="00353067" w:rsidRDefault="003B30DF" w:rsidP="003B30DF">
            <w:pPr>
              <w:rPr>
                <w:sz w:val="24"/>
                <w:szCs w:val="28"/>
              </w:rPr>
            </w:pPr>
          </w:p>
        </w:tc>
        <w:tc>
          <w:tcPr>
            <w:tcW w:w="1418" w:type="dxa"/>
            <w:vAlign w:val="center"/>
          </w:tcPr>
          <w:p w14:paraId="45103682" w14:textId="3A1962E5" w:rsidR="003B30DF" w:rsidRPr="00353067" w:rsidRDefault="003B30DF" w:rsidP="003B30DF">
            <w:pPr>
              <w:rPr>
                <w:sz w:val="24"/>
                <w:szCs w:val="28"/>
              </w:rPr>
            </w:pPr>
          </w:p>
        </w:tc>
        <w:tc>
          <w:tcPr>
            <w:tcW w:w="5368" w:type="dxa"/>
            <w:vAlign w:val="center"/>
          </w:tcPr>
          <w:p w14:paraId="053B6716" w14:textId="77777777" w:rsidR="003B30DF" w:rsidRPr="00353067" w:rsidRDefault="003B30DF" w:rsidP="003B30DF">
            <w:pPr>
              <w:rPr>
                <w:sz w:val="24"/>
                <w:szCs w:val="28"/>
              </w:rPr>
            </w:pPr>
          </w:p>
          <w:p w14:paraId="1A07E116" w14:textId="336F2E81" w:rsidR="003B30DF" w:rsidRPr="00353067" w:rsidRDefault="003B30DF" w:rsidP="003B30DF">
            <w:pPr>
              <w:rPr>
                <w:sz w:val="24"/>
                <w:szCs w:val="28"/>
              </w:rPr>
            </w:pPr>
          </w:p>
        </w:tc>
      </w:tr>
      <w:tr w:rsidR="003B30DF" w:rsidRPr="00353067" w14:paraId="6A0B5586" w14:textId="77777777" w:rsidTr="003B30DF">
        <w:tc>
          <w:tcPr>
            <w:tcW w:w="1668" w:type="dxa"/>
            <w:vAlign w:val="center"/>
          </w:tcPr>
          <w:p w14:paraId="72E978AC" w14:textId="2A0ECB02" w:rsidR="003B30DF" w:rsidRPr="00353067" w:rsidRDefault="003B30DF" w:rsidP="003B30DF">
            <w:pPr>
              <w:rPr>
                <w:sz w:val="24"/>
                <w:szCs w:val="28"/>
              </w:rPr>
            </w:pPr>
            <w:r w:rsidRPr="00353067">
              <w:rPr>
                <w:szCs w:val="28"/>
              </w:rPr>
              <w:t>Plasmid</w:t>
            </w:r>
          </w:p>
        </w:tc>
        <w:tc>
          <w:tcPr>
            <w:tcW w:w="992" w:type="dxa"/>
          </w:tcPr>
          <w:p w14:paraId="1EC233BB" w14:textId="77777777" w:rsidR="003B30DF" w:rsidRPr="00353067" w:rsidRDefault="003B30DF" w:rsidP="003B30DF">
            <w:pPr>
              <w:rPr>
                <w:sz w:val="24"/>
                <w:szCs w:val="28"/>
              </w:rPr>
            </w:pPr>
          </w:p>
        </w:tc>
        <w:tc>
          <w:tcPr>
            <w:tcW w:w="850" w:type="dxa"/>
          </w:tcPr>
          <w:p w14:paraId="5BCB8C4C" w14:textId="3E109F75" w:rsidR="003B30DF" w:rsidRPr="00353067" w:rsidRDefault="003B30DF" w:rsidP="003B30DF">
            <w:pPr>
              <w:rPr>
                <w:sz w:val="24"/>
                <w:szCs w:val="28"/>
              </w:rPr>
            </w:pPr>
          </w:p>
        </w:tc>
        <w:tc>
          <w:tcPr>
            <w:tcW w:w="1418" w:type="dxa"/>
            <w:vAlign w:val="center"/>
          </w:tcPr>
          <w:p w14:paraId="01C75B8B" w14:textId="718D7B99" w:rsidR="003B30DF" w:rsidRPr="00353067" w:rsidRDefault="003B30DF" w:rsidP="003B30DF">
            <w:pPr>
              <w:rPr>
                <w:sz w:val="24"/>
                <w:szCs w:val="28"/>
              </w:rPr>
            </w:pPr>
          </w:p>
        </w:tc>
        <w:tc>
          <w:tcPr>
            <w:tcW w:w="5368" w:type="dxa"/>
            <w:vAlign w:val="center"/>
          </w:tcPr>
          <w:p w14:paraId="1D71E68C" w14:textId="77777777" w:rsidR="003B30DF" w:rsidRPr="00353067" w:rsidRDefault="003B30DF" w:rsidP="003B30DF">
            <w:pPr>
              <w:rPr>
                <w:sz w:val="24"/>
                <w:szCs w:val="28"/>
              </w:rPr>
            </w:pPr>
          </w:p>
          <w:p w14:paraId="580F9D1D" w14:textId="77777777" w:rsidR="003B30DF" w:rsidRPr="00353067" w:rsidRDefault="003B30DF" w:rsidP="003B30DF">
            <w:pPr>
              <w:rPr>
                <w:sz w:val="24"/>
                <w:szCs w:val="28"/>
              </w:rPr>
            </w:pPr>
          </w:p>
        </w:tc>
      </w:tr>
      <w:tr w:rsidR="003B30DF" w:rsidRPr="00353067" w14:paraId="522D321A" w14:textId="77777777" w:rsidTr="003B30DF">
        <w:tc>
          <w:tcPr>
            <w:tcW w:w="1668" w:type="dxa"/>
            <w:vAlign w:val="center"/>
          </w:tcPr>
          <w:p w14:paraId="4FDCED6A" w14:textId="77777777" w:rsidR="003B30DF" w:rsidRPr="00353067" w:rsidRDefault="003B30DF" w:rsidP="003B30DF">
            <w:pPr>
              <w:rPr>
                <w:sz w:val="24"/>
                <w:szCs w:val="28"/>
              </w:rPr>
            </w:pPr>
            <w:r w:rsidRPr="00353067">
              <w:rPr>
                <w:szCs w:val="28"/>
              </w:rPr>
              <w:t>circular DNA</w:t>
            </w:r>
          </w:p>
        </w:tc>
        <w:tc>
          <w:tcPr>
            <w:tcW w:w="992" w:type="dxa"/>
          </w:tcPr>
          <w:p w14:paraId="1B4D41FA" w14:textId="77777777" w:rsidR="003B30DF" w:rsidRPr="00353067" w:rsidRDefault="003B30DF" w:rsidP="003B30DF">
            <w:pPr>
              <w:rPr>
                <w:sz w:val="24"/>
                <w:szCs w:val="28"/>
              </w:rPr>
            </w:pPr>
          </w:p>
        </w:tc>
        <w:tc>
          <w:tcPr>
            <w:tcW w:w="850" w:type="dxa"/>
          </w:tcPr>
          <w:p w14:paraId="5DE9EB9D" w14:textId="1B4759D0" w:rsidR="003B30DF" w:rsidRPr="00353067" w:rsidRDefault="003B30DF" w:rsidP="003B30DF">
            <w:pPr>
              <w:rPr>
                <w:sz w:val="24"/>
                <w:szCs w:val="28"/>
              </w:rPr>
            </w:pPr>
          </w:p>
        </w:tc>
        <w:tc>
          <w:tcPr>
            <w:tcW w:w="1418" w:type="dxa"/>
            <w:vAlign w:val="center"/>
          </w:tcPr>
          <w:p w14:paraId="698CDF63" w14:textId="2AD23938" w:rsidR="003B30DF" w:rsidRPr="00353067" w:rsidRDefault="003B30DF" w:rsidP="003B30DF">
            <w:pPr>
              <w:rPr>
                <w:sz w:val="24"/>
                <w:szCs w:val="28"/>
              </w:rPr>
            </w:pPr>
          </w:p>
        </w:tc>
        <w:tc>
          <w:tcPr>
            <w:tcW w:w="5368" w:type="dxa"/>
            <w:vAlign w:val="center"/>
          </w:tcPr>
          <w:p w14:paraId="27ED9AF1" w14:textId="77777777" w:rsidR="003B30DF" w:rsidRPr="00353067" w:rsidRDefault="003B30DF" w:rsidP="003B30DF">
            <w:pPr>
              <w:rPr>
                <w:sz w:val="24"/>
                <w:szCs w:val="28"/>
              </w:rPr>
            </w:pPr>
          </w:p>
          <w:p w14:paraId="5C62B7AC" w14:textId="4742AB72" w:rsidR="003B30DF" w:rsidRPr="00353067" w:rsidRDefault="003B30DF" w:rsidP="003B30DF">
            <w:pPr>
              <w:rPr>
                <w:sz w:val="24"/>
                <w:szCs w:val="28"/>
              </w:rPr>
            </w:pPr>
          </w:p>
        </w:tc>
      </w:tr>
      <w:tr w:rsidR="003B30DF" w:rsidRPr="00353067" w14:paraId="1805C2A3" w14:textId="77777777" w:rsidTr="003B30DF">
        <w:tc>
          <w:tcPr>
            <w:tcW w:w="1668" w:type="dxa"/>
            <w:vAlign w:val="center"/>
          </w:tcPr>
          <w:p w14:paraId="2AE7E983" w14:textId="45E4E18F" w:rsidR="003B30DF" w:rsidRPr="00353067" w:rsidRDefault="003B30DF" w:rsidP="003B30DF">
            <w:pPr>
              <w:rPr>
                <w:sz w:val="24"/>
                <w:szCs w:val="28"/>
              </w:rPr>
            </w:pPr>
            <w:r w:rsidRPr="00353067">
              <w:rPr>
                <w:szCs w:val="28"/>
              </w:rPr>
              <w:t>Capsule</w:t>
            </w:r>
          </w:p>
        </w:tc>
        <w:tc>
          <w:tcPr>
            <w:tcW w:w="992" w:type="dxa"/>
          </w:tcPr>
          <w:p w14:paraId="697CBA63" w14:textId="77777777" w:rsidR="003B30DF" w:rsidRPr="00353067" w:rsidRDefault="003B30DF" w:rsidP="003B30DF">
            <w:pPr>
              <w:rPr>
                <w:sz w:val="24"/>
                <w:szCs w:val="28"/>
              </w:rPr>
            </w:pPr>
          </w:p>
        </w:tc>
        <w:tc>
          <w:tcPr>
            <w:tcW w:w="850" w:type="dxa"/>
          </w:tcPr>
          <w:p w14:paraId="245768D2" w14:textId="7DE8DD3F" w:rsidR="003B30DF" w:rsidRPr="00353067" w:rsidRDefault="003B30DF" w:rsidP="003B30DF">
            <w:pPr>
              <w:rPr>
                <w:sz w:val="24"/>
                <w:szCs w:val="28"/>
              </w:rPr>
            </w:pPr>
          </w:p>
        </w:tc>
        <w:tc>
          <w:tcPr>
            <w:tcW w:w="1418" w:type="dxa"/>
            <w:vAlign w:val="center"/>
          </w:tcPr>
          <w:p w14:paraId="1DF606CE" w14:textId="7200D0CE" w:rsidR="003B30DF" w:rsidRPr="00353067" w:rsidRDefault="003B30DF" w:rsidP="003B30DF">
            <w:pPr>
              <w:rPr>
                <w:sz w:val="24"/>
                <w:szCs w:val="28"/>
              </w:rPr>
            </w:pPr>
          </w:p>
        </w:tc>
        <w:tc>
          <w:tcPr>
            <w:tcW w:w="5368" w:type="dxa"/>
            <w:vAlign w:val="center"/>
          </w:tcPr>
          <w:p w14:paraId="67545B17" w14:textId="77777777" w:rsidR="003B30DF" w:rsidRPr="00353067" w:rsidRDefault="003B30DF" w:rsidP="003B30DF">
            <w:pPr>
              <w:rPr>
                <w:sz w:val="24"/>
                <w:szCs w:val="28"/>
              </w:rPr>
            </w:pPr>
          </w:p>
          <w:p w14:paraId="026FD9DE" w14:textId="77777777" w:rsidR="003B30DF" w:rsidRPr="00353067" w:rsidRDefault="003B30DF" w:rsidP="003B30DF">
            <w:pPr>
              <w:rPr>
                <w:sz w:val="24"/>
                <w:szCs w:val="28"/>
              </w:rPr>
            </w:pPr>
          </w:p>
        </w:tc>
      </w:tr>
    </w:tbl>
    <w:p w14:paraId="165025D7" w14:textId="77777777" w:rsidR="00151519" w:rsidRPr="00353067" w:rsidRDefault="00151519">
      <w:pPr>
        <w:rPr>
          <w:sz w:val="24"/>
          <w:szCs w:val="28"/>
        </w:rPr>
      </w:pPr>
    </w:p>
    <w:p w14:paraId="5070B03D" w14:textId="29FF10BA" w:rsidR="00151519" w:rsidRPr="00353067" w:rsidRDefault="003B30DF">
      <w:pPr>
        <w:rPr>
          <w:sz w:val="24"/>
          <w:szCs w:val="28"/>
        </w:rPr>
      </w:pPr>
      <w:r w:rsidRPr="00353067">
        <w:rPr>
          <w:sz w:val="24"/>
          <w:szCs w:val="28"/>
        </w:rPr>
        <w:br w:type="page"/>
      </w:r>
    </w:p>
    <w:tbl>
      <w:tblPr>
        <w:tblStyle w:val="TableGrid"/>
        <w:tblW w:w="0" w:type="auto"/>
        <w:tblLook w:val="04A0" w:firstRow="1" w:lastRow="0" w:firstColumn="1" w:lastColumn="0" w:noHBand="0" w:noVBand="1"/>
      </w:tblPr>
      <w:tblGrid>
        <w:gridCol w:w="3432"/>
        <w:gridCol w:w="3432"/>
        <w:gridCol w:w="3432"/>
      </w:tblGrid>
      <w:tr w:rsidR="00151519" w:rsidRPr="00353067" w14:paraId="311FBBB3" w14:textId="77777777" w:rsidTr="00151519">
        <w:trPr>
          <w:cantSplit/>
          <w:trHeight w:val="11457"/>
        </w:trPr>
        <w:tc>
          <w:tcPr>
            <w:tcW w:w="3432" w:type="dxa"/>
            <w:textDirection w:val="btLr"/>
          </w:tcPr>
          <w:p w14:paraId="43BA7867" w14:textId="77777777" w:rsidR="00151519" w:rsidRPr="00353067" w:rsidRDefault="00151519" w:rsidP="00151519">
            <w:pPr>
              <w:ind w:left="113" w:right="113"/>
              <w:rPr>
                <w:sz w:val="24"/>
                <w:szCs w:val="28"/>
              </w:rPr>
            </w:pPr>
          </w:p>
          <w:p w14:paraId="0725134C" w14:textId="77777777" w:rsidR="00151519" w:rsidRPr="00353067" w:rsidRDefault="00151519" w:rsidP="00151519">
            <w:pPr>
              <w:ind w:left="113" w:right="113"/>
              <w:rPr>
                <w:sz w:val="24"/>
                <w:szCs w:val="28"/>
              </w:rPr>
            </w:pPr>
          </w:p>
          <w:p w14:paraId="3162A0E0" w14:textId="77777777" w:rsidR="00151519" w:rsidRPr="00353067" w:rsidRDefault="00151519" w:rsidP="00151519">
            <w:pPr>
              <w:ind w:left="113" w:right="113"/>
              <w:rPr>
                <w:sz w:val="24"/>
                <w:szCs w:val="28"/>
              </w:rPr>
            </w:pPr>
          </w:p>
          <w:p w14:paraId="55EAA893" w14:textId="77777777" w:rsidR="00151519" w:rsidRPr="00353067" w:rsidRDefault="00151519" w:rsidP="00151519">
            <w:pPr>
              <w:ind w:left="113" w:right="113"/>
              <w:rPr>
                <w:sz w:val="24"/>
                <w:szCs w:val="28"/>
              </w:rPr>
            </w:pPr>
          </w:p>
          <w:p w14:paraId="2F14A535" w14:textId="77777777" w:rsidR="00151519" w:rsidRPr="00353067" w:rsidRDefault="00151519" w:rsidP="00151519">
            <w:pPr>
              <w:ind w:left="113" w:right="113"/>
              <w:rPr>
                <w:sz w:val="24"/>
                <w:szCs w:val="28"/>
              </w:rPr>
            </w:pPr>
          </w:p>
          <w:p w14:paraId="53DB8386" w14:textId="77777777" w:rsidR="00151519" w:rsidRPr="00353067" w:rsidRDefault="00151519" w:rsidP="00151519">
            <w:pPr>
              <w:ind w:left="113" w:right="113"/>
              <w:rPr>
                <w:sz w:val="24"/>
                <w:szCs w:val="28"/>
              </w:rPr>
            </w:pPr>
          </w:p>
          <w:p w14:paraId="003C514F" w14:textId="77777777" w:rsidR="00151519" w:rsidRPr="00353067" w:rsidRDefault="00151519" w:rsidP="00151519">
            <w:pPr>
              <w:ind w:left="113" w:right="113"/>
              <w:rPr>
                <w:sz w:val="24"/>
                <w:szCs w:val="28"/>
              </w:rPr>
            </w:pPr>
          </w:p>
          <w:p w14:paraId="3BBC80E1" w14:textId="77777777" w:rsidR="00151519" w:rsidRPr="00353067" w:rsidRDefault="00151519" w:rsidP="00151519">
            <w:pPr>
              <w:ind w:left="113" w:right="113"/>
              <w:rPr>
                <w:sz w:val="24"/>
                <w:szCs w:val="28"/>
              </w:rPr>
            </w:pPr>
          </w:p>
          <w:p w14:paraId="734E2C61" w14:textId="77777777" w:rsidR="00151519" w:rsidRPr="00353067" w:rsidRDefault="00151519" w:rsidP="00151519">
            <w:pPr>
              <w:ind w:left="113" w:right="113"/>
              <w:rPr>
                <w:sz w:val="24"/>
                <w:szCs w:val="28"/>
              </w:rPr>
            </w:pPr>
          </w:p>
          <w:p w14:paraId="37D72DCE" w14:textId="203F911F" w:rsidR="00151519" w:rsidRPr="00353067" w:rsidRDefault="00151519" w:rsidP="00151519">
            <w:pPr>
              <w:ind w:left="113" w:right="113"/>
              <w:rPr>
                <w:sz w:val="24"/>
                <w:szCs w:val="28"/>
              </w:rPr>
            </w:pPr>
          </w:p>
        </w:tc>
        <w:tc>
          <w:tcPr>
            <w:tcW w:w="3432" w:type="dxa"/>
            <w:textDirection w:val="btLr"/>
          </w:tcPr>
          <w:p w14:paraId="5505034A" w14:textId="7D6B80F7" w:rsidR="00151519" w:rsidRPr="00353067" w:rsidRDefault="00151519" w:rsidP="00151519">
            <w:pPr>
              <w:ind w:left="113" w:right="113"/>
              <w:rPr>
                <w:sz w:val="24"/>
                <w:szCs w:val="28"/>
              </w:rPr>
            </w:pPr>
          </w:p>
        </w:tc>
        <w:tc>
          <w:tcPr>
            <w:tcW w:w="3432" w:type="dxa"/>
            <w:textDirection w:val="btLr"/>
          </w:tcPr>
          <w:p w14:paraId="3C5C045A" w14:textId="178FA9A3" w:rsidR="00151519" w:rsidRPr="00353067" w:rsidRDefault="00151519" w:rsidP="00151519">
            <w:pPr>
              <w:ind w:left="113" w:right="113"/>
              <w:rPr>
                <w:sz w:val="24"/>
                <w:szCs w:val="28"/>
              </w:rPr>
            </w:pPr>
          </w:p>
        </w:tc>
      </w:tr>
      <w:tr w:rsidR="00151519" w:rsidRPr="00353067" w14:paraId="52FF347C" w14:textId="77777777" w:rsidTr="00151519">
        <w:trPr>
          <w:cantSplit/>
          <w:trHeight w:val="2236"/>
        </w:trPr>
        <w:tc>
          <w:tcPr>
            <w:tcW w:w="3432" w:type="dxa"/>
            <w:textDirection w:val="btLr"/>
          </w:tcPr>
          <w:p w14:paraId="2970950D" w14:textId="1640098F" w:rsidR="00151519" w:rsidRPr="00353067" w:rsidRDefault="00151519" w:rsidP="00151519">
            <w:pPr>
              <w:ind w:left="113" w:right="113"/>
              <w:rPr>
                <w:sz w:val="24"/>
                <w:szCs w:val="28"/>
              </w:rPr>
            </w:pPr>
            <w:r w:rsidRPr="00353067">
              <w:rPr>
                <w:sz w:val="24"/>
                <w:szCs w:val="28"/>
              </w:rPr>
              <w:t xml:space="preserve">Animal cell </w:t>
            </w:r>
          </w:p>
        </w:tc>
        <w:tc>
          <w:tcPr>
            <w:tcW w:w="3432" w:type="dxa"/>
            <w:textDirection w:val="btLr"/>
          </w:tcPr>
          <w:p w14:paraId="5F12D116" w14:textId="31BB5F45" w:rsidR="00151519" w:rsidRPr="00353067" w:rsidRDefault="00151519" w:rsidP="00151519">
            <w:pPr>
              <w:ind w:left="113" w:right="113"/>
              <w:rPr>
                <w:sz w:val="24"/>
                <w:szCs w:val="28"/>
              </w:rPr>
            </w:pPr>
            <w:r w:rsidRPr="00353067">
              <w:rPr>
                <w:sz w:val="24"/>
                <w:szCs w:val="28"/>
              </w:rPr>
              <w:t>Plant cell</w:t>
            </w:r>
          </w:p>
        </w:tc>
        <w:tc>
          <w:tcPr>
            <w:tcW w:w="3432" w:type="dxa"/>
            <w:textDirection w:val="btLr"/>
          </w:tcPr>
          <w:p w14:paraId="6FEC3020" w14:textId="7C42B19E" w:rsidR="00151519" w:rsidRPr="00353067" w:rsidRDefault="00151519" w:rsidP="00151519">
            <w:pPr>
              <w:ind w:left="113" w:right="113"/>
              <w:rPr>
                <w:sz w:val="24"/>
                <w:szCs w:val="28"/>
              </w:rPr>
            </w:pPr>
            <w:r w:rsidRPr="00353067">
              <w:rPr>
                <w:sz w:val="24"/>
                <w:szCs w:val="28"/>
              </w:rPr>
              <w:t xml:space="preserve">Prokaryotic </w:t>
            </w:r>
          </w:p>
        </w:tc>
      </w:tr>
    </w:tbl>
    <w:p w14:paraId="5731694F" w14:textId="4F8B1296" w:rsidR="00842165" w:rsidRPr="00353067" w:rsidRDefault="005F22B3">
      <w:pPr>
        <w:rPr>
          <w:sz w:val="24"/>
          <w:szCs w:val="28"/>
        </w:rPr>
      </w:pPr>
      <w:r w:rsidRPr="00353067">
        <w:rPr>
          <w:b/>
          <w:color w:val="68311F"/>
          <w:sz w:val="32"/>
          <w:szCs w:val="28"/>
        </w:rPr>
        <w:lastRenderedPageBreak/>
        <w:t>Task 3: Cell structure and microscopy questions</w:t>
      </w:r>
      <w:r w:rsidRPr="00353067">
        <w:rPr>
          <w:b/>
          <w:sz w:val="24"/>
          <w:szCs w:val="28"/>
        </w:rPr>
        <w:t xml:space="preserve">   [20 marks]</w:t>
      </w:r>
    </w:p>
    <w:p w14:paraId="1DA1D923" w14:textId="77777777" w:rsidR="00842165" w:rsidRPr="00353067" w:rsidRDefault="005F22B3">
      <w:pPr>
        <w:rPr>
          <w:sz w:val="24"/>
          <w:szCs w:val="28"/>
        </w:rPr>
      </w:pPr>
      <w:r w:rsidRPr="00353067">
        <w:rPr>
          <w:sz w:val="24"/>
          <w:szCs w:val="28"/>
        </w:rPr>
        <w:t>1. State the function of the nucleus.</w:t>
      </w:r>
    </w:p>
    <w:p w14:paraId="14B39917"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5C680461"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588DC983"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687ED45C" w14:textId="77777777" w:rsidR="00151519" w:rsidRPr="00353067" w:rsidRDefault="00151519">
      <w:pPr>
        <w:rPr>
          <w:sz w:val="24"/>
          <w:szCs w:val="28"/>
        </w:rPr>
      </w:pPr>
    </w:p>
    <w:p w14:paraId="70374107" w14:textId="77777777" w:rsidR="00842165" w:rsidRPr="00353067" w:rsidRDefault="005F22B3">
      <w:pPr>
        <w:rPr>
          <w:sz w:val="24"/>
          <w:szCs w:val="28"/>
        </w:rPr>
      </w:pPr>
      <w:r w:rsidRPr="00353067">
        <w:rPr>
          <w:sz w:val="24"/>
          <w:szCs w:val="28"/>
        </w:rPr>
        <w:t>2. Name one type of cell that does not contain a nucleus.</w:t>
      </w:r>
    </w:p>
    <w:p w14:paraId="2A745500"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4BEDB8E4"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79DADF23"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03FD60B9" w14:textId="77777777" w:rsidR="00151519" w:rsidRPr="00353067" w:rsidRDefault="00151519">
      <w:pPr>
        <w:rPr>
          <w:sz w:val="24"/>
          <w:szCs w:val="28"/>
        </w:rPr>
      </w:pPr>
    </w:p>
    <w:p w14:paraId="0AB9EA03" w14:textId="77777777" w:rsidR="00842165" w:rsidRPr="00353067" w:rsidRDefault="005F22B3">
      <w:pPr>
        <w:rPr>
          <w:sz w:val="24"/>
          <w:szCs w:val="28"/>
        </w:rPr>
      </w:pPr>
      <w:r w:rsidRPr="00353067">
        <w:rPr>
          <w:sz w:val="24"/>
          <w:szCs w:val="28"/>
        </w:rPr>
        <w:t>3. Identify three structures found in plant cells but not animal cells.</w:t>
      </w:r>
    </w:p>
    <w:p w14:paraId="05A35981"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66AD705E"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26BCC36E"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10E899CE" w14:textId="77777777" w:rsidR="00151519" w:rsidRPr="00353067" w:rsidRDefault="00151519">
      <w:pPr>
        <w:rPr>
          <w:sz w:val="24"/>
          <w:szCs w:val="28"/>
        </w:rPr>
      </w:pPr>
    </w:p>
    <w:p w14:paraId="0B32B740" w14:textId="32A22169" w:rsidR="00842165" w:rsidRPr="00353067" w:rsidRDefault="005F22B3">
      <w:pPr>
        <w:rPr>
          <w:sz w:val="24"/>
          <w:szCs w:val="28"/>
        </w:rPr>
      </w:pPr>
      <w:r w:rsidRPr="00353067">
        <w:rPr>
          <w:sz w:val="24"/>
          <w:szCs w:val="28"/>
        </w:rPr>
        <w:t>4. Explain why mitochondria are important in active tissues such as muscle.</w:t>
      </w:r>
    </w:p>
    <w:p w14:paraId="703EE0EF"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374830A7"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677F4C02"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19FFA4C9" w14:textId="77777777" w:rsidR="00151519" w:rsidRPr="00353067" w:rsidRDefault="00151519">
      <w:pPr>
        <w:rPr>
          <w:sz w:val="24"/>
          <w:szCs w:val="28"/>
        </w:rPr>
      </w:pPr>
    </w:p>
    <w:p w14:paraId="1BF7E288" w14:textId="77777777" w:rsidR="00842165" w:rsidRPr="00353067" w:rsidRDefault="005F22B3">
      <w:pPr>
        <w:rPr>
          <w:sz w:val="24"/>
          <w:szCs w:val="28"/>
        </w:rPr>
      </w:pPr>
      <w:r w:rsidRPr="00353067">
        <w:rPr>
          <w:sz w:val="24"/>
          <w:szCs w:val="28"/>
        </w:rPr>
        <w:t>5. Compare prokaryotic and eukaryotic cells using at least three differences.</w:t>
      </w:r>
    </w:p>
    <w:p w14:paraId="7FD291F8"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4C36DCB1"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6FBD470B"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0AD3C8BA" w14:textId="77777777" w:rsidR="00151519" w:rsidRPr="00353067" w:rsidRDefault="00151519">
      <w:pPr>
        <w:rPr>
          <w:sz w:val="24"/>
          <w:szCs w:val="28"/>
        </w:rPr>
      </w:pPr>
    </w:p>
    <w:p w14:paraId="13D592C8" w14:textId="77777777" w:rsidR="00151519" w:rsidRPr="00353067" w:rsidRDefault="005F22B3" w:rsidP="00151519">
      <w:pPr>
        <w:spacing w:after="40"/>
        <w:rPr>
          <w:sz w:val="24"/>
          <w:szCs w:val="28"/>
        </w:rPr>
      </w:pPr>
      <w:r w:rsidRPr="00353067">
        <w:rPr>
          <w:sz w:val="24"/>
          <w:szCs w:val="28"/>
        </w:rPr>
        <w:t>6. Explain why electron microscopes can reveal more detail than light microscopes.</w:t>
      </w:r>
      <w:r w:rsidR="00151519" w:rsidRPr="00353067">
        <w:rPr>
          <w:sz w:val="24"/>
          <w:szCs w:val="28"/>
        </w:rPr>
        <w:br/>
        <w:t>___________________________________________________________________________________________</w:t>
      </w:r>
    </w:p>
    <w:p w14:paraId="036CBD2E"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7DA23BDD"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2B732853" w14:textId="53DF894A" w:rsidR="00842165" w:rsidRPr="00353067" w:rsidRDefault="00842165">
      <w:pPr>
        <w:rPr>
          <w:sz w:val="24"/>
          <w:szCs w:val="28"/>
        </w:rPr>
      </w:pPr>
    </w:p>
    <w:p w14:paraId="082B3226" w14:textId="41A2CD66" w:rsidR="00842165" w:rsidRPr="00353067" w:rsidRDefault="005F22B3">
      <w:pPr>
        <w:rPr>
          <w:sz w:val="24"/>
          <w:szCs w:val="28"/>
        </w:rPr>
      </w:pPr>
      <w:r w:rsidRPr="00353067">
        <w:rPr>
          <w:sz w:val="24"/>
          <w:szCs w:val="28"/>
        </w:rPr>
        <w:lastRenderedPageBreak/>
        <w:t xml:space="preserve">Magnification practice: A cell image measures 45 mm on a micrograph. The actual cell length is 15 micrometres. Calculate the magnification. Show your </w:t>
      </w:r>
      <w:proofErr w:type="gramStart"/>
      <w:r w:rsidRPr="00353067">
        <w:rPr>
          <w:sz w:val="24"/>
          <w:szCs w:val="28"/>
        </w:rPr>
        <w:t>working</w:t>
      </w:r>
      <w:proofErr w:type="gramEnd"/>
      <w:r w:rsidRPr="00353067">
        <w:rPr>
          <w:sz w:val="24"/>
          <w:szCs w:val="28"/>
        </w:rPr>
        <w:t>.</w:t>
      </w:r>
      <w:r w:rsidR="00151519" w:rsidRPr="00353067">
        <w:rPr>
          <w:sz w:val="24"/>
          <w:szCs w:val="28"/>
        </w:rPr>
        <w:t xml:space="preserve"> </w:t>
      </w:r>
    </w:p>
    <w:p w14:paraId="4201504A"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4771F256"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796AA3B5"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4FB08594" w14:textId="77777777" w:rsidR="00151519" w:rsidRPr="00353067" w:rsidRDefault="00151519">
      <w:pPr>
        <w:rPr>
          <w:sz w:val="24"/>
          <w:szCs w:val="28"/>
        </w:rPr>
      </w:pPr>
    </w:p>
    <w:p w14:paraId="1736A05C" w14:textId="77777777" w:rsidR="00151519" w:rsidRPr="00353067" w:rsidRDefault="00151519">
      <w:pPr>
        <w:rPr>
          <w:b/>
          <w:color w:val="68311F"/>
          <w:sz w:val="32"/>
          <w:szCs w:val="28"/>
        </w:rPr>
      </w:pPr>
      <w:r w:rsidRPr="00353067">
        <w:rPr>
          <w:b/>
          <w:color w:val="68311F"/>
          <w:sz w:val="32"/>
          <w:szCs w:val="28"/>
        </w:rPr>
        <w:br w:type="page"/>
      </w:r>
    </w:p>
    <w:p w14:paraId="23861EA1" w14:textId="0B174820" w:rsidR="00842165" w:rsidRPr="00353067" w:rsidRDefault="005F22B3">
      <w:pPr>
        <w:rPr>
          <w:sz w:val="24"/>
          <w:szCs w:val="28"/>
        </w:rPr>
      </w:pPr>
      <w:r w:rsidRPr="00353067">
        <w:rPr>
          <w:b/>
          <w:color w:val="68311F"/>
          <w:sz w:val="32"/>
          <w:szCs w:val="28"/>
        </w:rPr>
        <w:lastRenderedPageBreak/>
        <w:t>Task 4: Enzymes and rates of reaction</w:t>
      </w:r>
      <w:r w:rsidRPr="00353067">
        <w:rPr>
          <w:b/>
          <w:sz w:val="24"/>
          <w:szCs w:val="28"/>
        </w:rPr>
        <w:t xml:space="preserve">   [24 marks]</w:t>
      </w:r>
    </w:p>
    <w:p w14:paraId="52C0B821" w14:textId="77777777" w:rsidR="00151519" w:rsidRPr="00353067" w:rsidRDefault="005F22B3">
      <w:pPr>
        <w:rPr>
          <w:sz w:val="24"/>
          <w:szCs w:val="28"/>
        </w:rPr>
      </w:pPr>
      <w:r w:rsidRPr="00353067">
        <w:rPr>
          <w:sz w:val="24"/>
          <w:szCs w:val="28"/>
        </w:rPr>
        <w:t xml:space="preserve">At Level 3 you must explain enzyme activity and interpret rate data. </w:t>
      </w:r>
    </w:p>
    <w:p w14:paraId="6B51C0B5" w14:textId="25B2ADC2" w:rsidR="00842165" w:rsidRPr="00353067" w:rsidRDefault="005F22B3">
      <w:pPr>
        <w:rPr>
          <w:sz w:val="24"/>
          <w:szCs w:val="28"/>
        </w:rPr>
      </w:pPr>
      <w:r w:rsidRPr="00353067">
        <w:rPr>
          <w:sz w:val="24"/>
          <w:szCs w:val="28"/>
        </w:rPr>
        <w:t>Remember: rate of reaction = change in product or substrate divided by time.</w:t>
      </w:r>
    </w:p>
    <w:tbl>
      <w:tblPr>
        <w:tblStyle w:val="TableGrid"/>
        <w:tblW w:w="0" w:type="auto"/>
        <w:tblLook w:val="04A0" w:firstRow="1" w:lastRow="0" w:firstColumn="1" w:lastColumn="0" w:noHBand="0" w:noVBand="1"/>
      </w:tblPr>
      <w:tblGrid>
        <w:gridCol w:w="1260"/>
        <w:gridCol w:w="1260"/>
        <w:gridCol w:w="1260"/>
        <w:gridCol w:w="1260"/>
        <w:gridCol w:w="1260"/>
        <w:gridCol w:w="1260"/>
        <w:gridCol w:w="1260"/>
        <w:gridCol w:w="1260"/>
      </w:tblGrid>
      <w:tr w:rsidR="00842165" w:rsidRPr="00353067" w14:paraId="2C93AD12" w14:textId="77777777">
        <w:tc>
          <w:tcPr>
            <w:tcW w:w="1260" w:type="dxa"/>
            <w:shd w:val="clear" w:color="auto" w:fill="D9EAF7"/>
            <w:vAlign w:val="center"/>
          </w:tcPr>
          <w:p w14:paraId="3A5ABEC3" w14:textId="77777777" w:rsidR="00842165" w:rsidRPr="00353067" w:rsidRDefault="005F22B3">
            <w:pPr>
              <w:rPr>
                <w:sz w:val="24"/>
                <w:szCs w:val="28"/>
              </w:rPr>
            </w:pPr>
            <w:r w:rsidRPr="00353067">
              <w:rPr>
                <w:b/>
                <w:szCs w:val="28"/>
              </w:rPr>
              <w:t>Time / min</w:t>
            </w:r>
          </w:p>
        </w:tc>
        <w:tc>
          <w:tcPr>
            <w:tcW w:w="1260" w:type="dxa"/>
            <w:vAlign w:val="center"/>
          </w:tcPr>
          <w:p w14:paraId="465524F8" w14:textId="77777777" w:rsidR="00842165" w:rsidRPr="00353067" w:rsidRDefault="005F22B3">
            <w:pPr>
              <w:rPr>
                <w:sz w:val="24"/>
                <w:szCs w:val="28"/>
              </w:rPr>
            </w:pPr>
            <w:r w:rsidRPr="00353067">
              <w:rPr>
                <w:szCs w:val="28"/>
              </w:rPr>
              <w:t>0</w:t>
            </w:r>
          </w:p>
        </w:tc>
        <w:tc>
          <w:tcPr>
            <w:tcW w:w="1260" w:type="dxa"/>
            <w:vAlign w:val="center"/>
          </w:tcPr>
          <w:p w14:paraId="4B7807AC" w14:textId="77777777" w:rsidR="00842165" w:rsidRPr="00353067" w:rsidRDefault="005F22B3">
            <w:pPr>
              <w:rPr>
                <w:sz w:val="24"/>
                <w:szCs w:val="28"/>
              </w:rPr>
            </w:pPr>
            <w:r w:rsidRPr="00353067">
              <w:rPr>
                <w:szCs w:val="28"/>
              </w:rPr>
              <w:t>5</w:t>
            </w:r>
          </w:p>
        </w:tc>
        <w:tc>
          <w:tcPr>
            <w:tcW w:w="1260" w:type="dxa"/>
            <w:vAlign w:val="center"/>
          </w:tcPr>
          <w:p w14:paraId="56CB398F" w14:textId="77777777" w:rsidR="00842165" w:rsidRPr="00353067" w:rsidRDefault="005F22B3">
            <w:pPr>
              <w:rPr>
                <w:sz w:val="24"/>
                <w:szCs w:val="28"/>
              </w:rPr>
            </w:pPr>
            <w:r w:rsidRPr="00353067">
              <w:rPr>
                <w:szCs w:val="28"/>
              </w:rPr>
              <w:t>10</w:t>
            </w:r>
          </w:p>
        </w:tc>
        <w:tc>
          <w:tcPr>
            <w:tcW w:w="1260" w:type="dxa"/>
            <w:vAlign w:val="center"/>
          </w:tcPr>
          <w:p w14:paraId="4D6C0840" w14:textId="77777777" w:rsidR="00842165" w:rsidRPr="00353067" w:rsidRDefault="005F22B3">
            <w:pPr>
              <w:rPr>
                <w:sz w:val="24"/>
                <w:szCs w:val="28"/>
              </w:rPr>
            </w:pPr>
            <w:r w:rsidRPr="00353067">
              <w:rPr>
                <w:szCs w:val="28"/>
              </w:rPr>
              <w:t>15</w:t>
            </w:r>
          </w:p>
        </w:tc>
        <w:tc>
          <w:tcPr>
            <w:tcW w:w="1260" w:type="dxa"/>
            <w:vAlign w:val="center"/>
          </w:tcPr>
          <w:p w14:paraId="44856F45" w14:textId="77777777" w:rsidR="00842165" w:rsidRPr="00353067" w:rsidRDefault="005F22B3">
            <w:pPr>
              <w:rPr>
                <w:sz w:val="24"/>
                <w:szCs w:val="28"/>
              </w:rPr>
            </w:pPr>
            <w:r w:rsidRPr="00353067">
              <w:rPr>
                <w:szCs w:val="28"/>
              </w:rPr>
              <w:t>20</w:t>
            </w:r>
          </w:p>
        </w:tc>
        <w:tc>
          <w:tcPr>
            <w:tcW w:w="1260" w:type="dxa"/>
            <w:vAlign w:val="center"/>
          </w:tcPr>
          <w:p w14:paraId="4E0A72BF" w14:textId="77777777" w:rsidR="00842165" w:rsidRPr="00353067" w:rsidRDefault="005F22B3">
            <w:pPr>
              <w:rPr>
                <w:sz w:val="24"/>
                <w:szCs w:val="28"/>
              </w:rPr>
            </w:pPr>
            <w:r w:rsidRPr="00353067">
              <w:rPr>
                <w:szCs w:val="28"/>
              </w:rPr>
              <w:t>25</w:t>
            </w:r>
          </w:p>
        </w:tc>
        <w:tc>
          <w:tcPr>
            <w:tcW w:w="1260" w:type="dxa"/>
            <w:vAlign w:val="center"/>
          </w:tcPr>
          <w:p w14:paraId="01E0EA93" w14:textId="77777777" w:rsidR="00842165" w:rsidRPr="00353067" w:rsidRDefault="005F22B3">
            <w:pPr>
              <w:rPr>
                <w:sz w:val="24"/>
                <w:szCs w:val="28"/>
              </w:rPr>
            </w:pPr>
            <w:r w:rsidRPr="00353067">
              <w:rPr>
                <w:szCs w:val="28"/>
              </w:rPr>
              <w:t>30</w:t>
            </w:r>
          </w:p>
        </w:tc>
      </w:tr>
      <w:tr w:rsidR="00842165" w:rsidRPr="00353067" w14:paraId="6DBE4761" w14:textId="77777777">
        <w:tc>
          <w:tcPr>
            <w:tcW w:w="1260" w:type="dxa"/>
            <w:shd w:val="clear" w:color="auto" w:fill="D9EAF7"/>
            <w:vAlign w:val="center"/>
          </w:tcPr>
          <w:p w14:paraId="386350B3" w14:textId="77777777" w:rsidR="00842165" w:rsidRPr="00353067" w:rsidRDefault="005F22B3">
            <w:pPr>
              <w:rPr>
                <w:sz w:val="24"/>
                <w:szCs w:val="28"/>
              </w:rPr>
            </w:pPr>
            <w:r w:rsidRPr="00353067">
              <w:rPr>
                <w:b/>
                <w:szCs w:val="28"/>
              </w:rPr>
              <w:t>Glucose produced / mmol dm-3</w:t>
            </w:r>
          </w:p>
        </w:tc>
        <w:tc>
          <w:tcPr>
            <w:tcW w:w="1260" w:type="dxa"/>
            <w:vAlign w:val="center"/>
          </w:tcPr>
          <w:p w14:paraId="551BC69B" w14:textId="77777777" w:rsidR="00842165" w:rsidRPr="00353067" w:rsidRDefault="005F22B3">
            <w:pPr>
              <w:rPr>
                <w:sz w:val="24"/>
                <w:szCs w:val="28"/>
              </w:rPr>
            </w:pPr>
            <w:r w:rsidRPr="00353067">
              <w:rPr>
                <w:szCs w:val="28"/>
              </w:rPr>
              <w:t>0</w:t>
            </w:r>
          </w:p>
        </w:tc>
        <w:tc>
          <w:tcPr>
            <w:tcW w:w="1260" w:type="dxa"/>
            <w:vAlign w:val="center"/>
          </w:tcPr>
          <w:p w14:paraId="259F1183" w14:textId="77777777" w:rsidR="00842165" w:rsidRPr="00353067" w:rsidRDefault="005F22B3">
            <w:pPr>
              <w:rPr>
                <w:sz w:val="24"/>
                <w:szCs w:val="28"/>
              </w:rPr>
            </w:pPr>
            <w:r w:rsidRPr="00353067">
              <w:rPr>
                <w:szCs w:val="28"/>
              </w:rPr>
              <w:t>2</w:t>
            </w:r>
          </w:p>
        </w:tc>
        <w:tc>
          <w:tcPr>
            <w:tcW w:w="1260" w:type="dxa"/>
            <w:vAlign w:val="center"/>
          </w:tcPr>
          <w:p w14:paraId="626F82F7" w14:textId="77777777" w:rsidR="00842165" w:rsidRPr="00353067" w:rsidRDefault="005F22B3">
            <w:pPr>
              <w:rPr>
                <w:sz w:val="24"/>
                <w:szCs w:val="28"/>
              </w:rPr>
            </w:pPr>
            <w:r w:rsidRPr="00353067">
              <w:rPr>
                <w:szCs w:val="28"/>
              </w:rPr>
              <w:t>6</w:t>
            </w:r>
          </w:p>
        </w:tc>
        <w:tc>
          <w:tcPr>
            <w:tcW w:w="1260" w:type="dxa"/>
            <w:vAlign w:val="center"/>
          </w:tcPr>
          <w:p w14:paraId="6B00164B" w14:textId="77777777" w:rsidR="00842165" w:rsidRPr="00353067" w:rsidRDefault="005F22B3">
            <w:pPr>
              <w:rPr>
                <w:sz w:val="24"/>
                <w:szCs w:val="28"/>
              </w:rPr>
            </w:pPr>
            <w:r w:rsidRPr="00353067">
              <w:rPr>
                <w:szCs w:val="28"/>
              </w:rPr>
              <w:t>12</w:t>
            </w:r>
          </w:p>
        </w:tc>
        <w:tc>
          <w:tcPr>
            <w:tcW w:w="1260" w:type="dxa"/>
            <w:vAlign w:val="center"/>
          </w:tcPr>
          <w:p w14:paraId="7D642FE8" w14:textId="77777777" w:rsidR="00842165" w:rsidRPr="00353067" w:rsidRDefault="005F22B3">
            <w:pPr>
              <w:rPr>
                <w:sz w:val="24"/>
                <w:szCs w:val="28"/>
              </w:rPr>
            </w:pPr>
            <w:r w:rsidRPr="00353067">
              <w:rPr>
                <w:szCs w:val="28"/>
              </w:rPr>
              <w:t>22</w:t>
            </w:r>
          </w:p>
        </w:tc>
        <w:tc>
          <w:tcPr>
            <w:tcW w:w="1260" w:type="dxa"/>
            <w:vAlign w:val="center"/>
          </w:tcPr>
          <w:p w14:paraId="078ED072" w14:textId="77777777" w:rsidR="00842165" w:rsidRPr="00353067" w:rsidRDefault="005F22B3">
            <w:pPr>
              <w:rPr>
                <w:sz w:val="24"/>
                <w:szCs w:val="28"/>
              </w:rPr>
            </w:pPr>
            <w:r w:rsidRPr="00353067">
              <w:rPr>
                <w:szCs w:val="28"/>
              </w:rPr>
              <w:t>25</w:t>
            </w:r>
          </w:p>
        </w:tc>
        <w:tc>
          <w:tcPr>
            <w:tcW w:w="1260" w:type="dxa"/>
            <w:vAlign w:val="center"/>
          </w:tcPr>
          <w:p w14:paraId="0CDF4DF4" w14:textId="77777777" w:rsidR="00842165" w:rsidRPr="00353067" w:rsidRDefault="005F22B3">
            <w:pPr>
              <w:rPr>
                <w:sz w:val="24"/>
                <w:szCs w:val="28"/>
              </w:rPr>
            </w:pPr>
            <w:r w:rsidRPr="00353067">
              <w:rPr>
                <w:szCs w:val="28"/>
              </w:rPr>
              <w:t>28</w:t>
            </w:r>
          </w:p>
        </w:tc>
      </w:tr>
    </w:tbl>
    <w:p w14:paraId="37C547DA" w14:textId="1D6E32BF" w:rsidR="00842165" w:rsidRPr="00353067" w:rsidRDefault="005F22B3" w:rsidP="00151519">
      <w:pPr>
        <w:pStyle w:val="ListParagraph"/>
        <w:numPr>
          <w:ilvl w:val="0"/>
          <w:numId w:val="10"/>
        </w:numPr>
        <w:rPr>
          <w:sz w:val="24"/>
          <w:szCs w:val="28"/>
        </w:rPr>
      </w:pPr>
      <w:r w:rsidRPr="00353067">
        <w:rPr>
          <w:sz w:val="24"/>
          <w:szCs w:val="28"/>
        </w:rPr>
        <w:t xml:space="preserve">Plot the data as a line graph on graph paper or in the space </w:t>
      </w:r>
      <w:r w:rsidR="00151519" w:rsidRPr="00353067">
        <w:rPr>
          <w:sz w:val="24"/>
          <w:szCs w:val="28"/>
        </w:rPr>
        <w:t xml:space="preserve">on the next page. </w:t>
      </w:r>
    </w:p>
    <w:p w14:paraId="29196801" w14:textId="77777777" w:rsidR="00151519" w:rsidRPr="00353067" w:rsidRDefault="00151519" w:rsidP="00151519">
      <w:pPr>
        <w:pStyle w:val="ListParagraph"/>
        <w:ind w:left="360"/>
        <w:rPr>
          <w:sz w:val="24"/>
          <w:szCs w:val="28"/>
        </w:rPr>
      </w:pPr>
    </w:p>
    <w:p w14:paraId="1CC352A9" w14:textId="7C903CCC" w:rsidR="00151519" w:rsidRPr="00353067" w:rsidRDefault="00151519" w:rsidP="00151519">
      <w:pPr>
        <w:pStyle w:val="ListParagraph"/>
        <w:numPr>
          <w:ilvl w:val="0"/>
          <w:numId w:val="10"/>
        </w:numPr>
        <w:rPr>
          <w:sz w:val="24"/>
          <w:szCs w:val="28"/>
        </w:rPr>
      </w:pPr>
      <w:r w:rsidRPr="00353067">
        <w:rPr>
          <w:sz w:val="24"/>
          <w:szCs w:val="28"/>
        </w:rPr>
        <w:t>Describe the trend shown in the data.</w:t>
      </w:r>
    </w:p>
    <w:p w14:paraId="5440DC08"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57460C13"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4243AD76" w14:textId="77777777" w:rsidR="00151519" w:rsidRPr="00353067" w:rsidRDefault="00151519">
      <w:r w:rsidRPr="00353067">
        <w:rPr>
          <w:sz w:val="24"/>
          <w:szCs w:val="28"/>
        </w:rPr>
        <w:t>___________________________________________________________________________________________</w:t>
      </w:r>
    </w:p>
    <w:p w14:paraId="73E8168C" w14:textId="77777777" w:rsidR="00151519" w:rsidRPr="00353067" w:rsidRDefault="00151519" w:rsidP="00151519">
      <w:pPr>
        <w:spacing w:after="40"/>
        <w:rPr>
          <w:sz w:val="24"/>
          <w:szCs w:val="28"/>
        </w:rPr>
      </w:pPr>
    </w:p>
    <w:p w14:paraId="0FFDD93C" w14:textId="5C6EC1B3" w:rsidR="00151519" w:rsidRPr="00353067" w:rsidRDefault="00151519" w:rsidP="00151519">
      <w:pPr>
        <w:pStyle w:val="ListParagraph"/>
        <w:numPr>
          <w:ilvl w:val="0"/>
          <w:numId w:val="10"/>
        </w:numPr>
        <w:rPr>
          <w:sz w:val="24"/>
          <w:szCs w:val="28"/>
        </w:rPr>
      </w:pPr>
      <w:r w:rsidRPr="00353067">
        <w:rPr>
          <w:sz w:val="24"/>
          <w:szCs w:val="28"/>
        </w:rPr>
        <w:t>Calculate the mean rate of glucose production between 0 and 20 minutes.</w:t>
      </w:r>
    </w:p>
    <w:p w14:paraId="6173C10A"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30C1884E" w14:textId="77777777" w:rsidR="00151519" w:rsidRPr="00353067" w:rsidRDefault="00151519" w:rsidP="00151519">
      <w:pPr>
        <w:spacing w:after="40"/>
        <w:rPr>
          <w:sz w:val="24"/>
          <w:szCs w:val="28"/>
        </w:rPr>
      </w:pPr>
      <w:r w:rsidRPr="00353067">
        <w:rPr>
          <w:sz w:val="24"/>
          <w:szCs w:val="28"/>
        </w:rPr>
        <w:t>___________________________________________________________________________________________</w:t>
      </w:r>
    </w:p>
    <w:p w14:paraId="107BB536" w14:textId="1922A933" w:rsidR="00151519" w:rsidRPr="00353067" w:rsidRDefault="00151519" w:rsidP="00C24F14">
      <w:pPr>
        <w:spacing w:after="40"/>
        <w:rPr>
          <w:sz w:val="24"/>
          <w:szCs w:val="28"/>
        </w:rPr>
      </w:pPr>
      <w:r w:rsidRPr="00353067">
        <w:rPr>
          <w:sz w:val="24"/>
          <w:szCs w:val="28"/>
        </w:rPr>
        <w:t>___________________________________________________________________________________________</w:t>
      </w:r>
    </w:p>
    <w:p w14:paraId="6131B8E3" w14:textId="77777777" w:rsidR="00C24F14" w:rsidRPr="00353067" w:rsidRDefault="00C24F14" w:rsidP="00C24F14">
      <w:pPr>
        <w:spacing w:after="40"/>
        <w:rPr>
          <w:sz w:val="24"/>
          <w:szCs w:val="28"/>
        </w:rPr>
      </w:pPr>
    </w:p>
    <w:p w14:paraId="1F32649A" w14:textId="58584076" w:rsidR="00C24F14" w:rsidRPr="00353067" w:rsidRDefault="00151519" w:rsidP="00151519">
      <w:pPr>
        <w:pStyle w:val="ListParagraph"/>
        <w:numPr>
          <w:ilvl w:val="0"/>
          <w:numId w:val="10"/>
        </w:numPr>
        <w:rPr>
          <w:sz w:val="24"/>
          <w:szCs w:val="28"/>
        </w:rPr>
      </w:pPr>
      <w:r w:rsidRPr="00353067">
        <w:rPr>
          <w:sz w:val="24"/>
          <w:szCs w:val="28"/>
        </w:rPr>
        <w:t xml:space="preserve"> Explain why the rate of reaction may decrease after 20 minutes.</w:t>
      </w:r>
    </w:p>
    <w:p w14:paraId="2875ABB1" w14:textId="77777777" w:rsidR="00C24F14" w:rsidRPr="00353067" w:rsidRDefault="00C24F14" w:rsidP="00C24F14">
      <w:pPr>
        <w:spacing w:after="40"/>
        <w:rPr>
          <w:sz w:val="24"/>
          <w:szCs w:val="28"/>
        </w:rPr>
      </w:pPr>
      <w:r w:rsidRPr="00353067">
        <w:rPr>
          <w:sz w:val="24"/>
          <w:szCs w:val="28"/>
        </w:rPr>
        <w:t>___________________________________________________________________________________________</w:t>
      </w:r>
    </w:p>
    <w:p w14:paraId="45486D4F" w14:textId="77777777" w:rsidR="00C24F14" w:rsidRPr="00353067" w:rsidRDefault="00C24F14" w:rsidP="00C24F14">
      <w:pPr>
        <w:spacing w:after="40"/>
        <w:rPr>
          <w:sz w:val="24"/>
          <w:szCs w:val="28"/>
        </w:rPr>
      </w:pPr>
      <w:r w:rsidRPr="00353067">
        <w:rPr>
          <w:sz w:val="24"/>
          <w:szCs w:val="28"/>
        </w:rPr>
        <w:t>___________________________________________________________________________________________</w:t>
      </w:r>
    </w:p>
    <w:p w14:paraId="06963889" w14:textId="77777777" w:rsidR="00C24F14" w:rsidRPr="00353067" w:rsidRDefault="00C24F14" w:rsidP="00C24F14">
      <w:pPr>
        <w:spacing w:after="40"/>
        <w:rPr>
          <w:sz w:val="24"/>
          <w:szCs w:val="28"/>
        </w:rPr>
      </w:pPr>
      <w:r w:rsidRPr="00353067">
        <w:rPr>
          <w:sz w:val="24"/>
          <w:szCs w:val="28"/>
        </w:rPr>
        <w:t>___________________________________________________________________________________________</w:t>
      </w:r>
    </w:p>
    <w:p w14:paraId="7D407060" w14:textId="77777777" w:rsidR="0017311C" w:rsidRPr="00353067" w:rsidRDefault="0017311C" w:rsidP="00C24F14">
      <w:pPr>
        <w:spacing w:after="40"/>
        <w:rPr>
          <w:sz w:val="24"/>
          <w:szCs w:val="28"/>
        </w:rPr>
      </w:pPr>
    </w:p>
    <w:p w14:paraId="62285D82" w14:textId="17459DEF" w:rsidR="00151519" w:rsidRPr="00353067" w:rsidRDefault="00151519" w:rsidP="00151519">
      <w:pPr>
        <w:pStyle w:val="ListParagraph"/>
        <w:numPr>
          <w:ilvl w:val="0"/>
          <w:numId w:val="10"/>
        </w:numPr>
        <w:rPr>
          <w:sz w:val="24"/>
          <w:szCs w:val="28"/>
        </w:rPr>
      </w:pPr>
      <w:r w:rsidRPr="00353067">
        <w:rPr>
          <w:sz w:val="24"/>
          <w:szCs w:val="28"/>
        </w:rPr>
        <w:t>Suggest two control variables for an enzyme investigation.</w:t>
      </w:r>
    </w:p>
    <w:p w14:paraId="0FC8FB66" w14:textId="77777777" w:rsidR="0017311C" w:rsidRPr="00353067" w:rsidRDefault="0017311C" w:rsidP="0017311C">
      <w:pPr>
        <w:spacing w:after="40"/>
        <w:rPr>
          <w:sz w:val="24"/>
          <w:szCs w:val="28"/>
        </w:rPr>
      </w:pPr>
      <w:r w:rsidRPr="00353067">
        <w:rPr>
          <w:sz w:val="24"/>
          <w:szCs w:val="28"/>
        </w:rPr>
        <w:t>___________________________________________________________________________________________</w:t>
      </w:r>
    </w:p>
    <w:p w14:paraId="2C613EDD" w14:textId="77777777" w:rsidR="0017311C" w:rsidRPr="00353067" w:rsidRDefault="0017311C" w:rsidP="0017311C">
      <w:pPr>
        <w:spacing w:after="40"/>
        <w:rPr>
          <w:sz w:val="24"/>
          <w:szCs w:val="28"/>
        </w:rPr>
      </w:pPr>
      <w:r w:rsidRPr="00353067">
        <w:rPr>
          <w:sz w:val="24"/>
          <w:szCs w:val="28"/>
        </w:rPr>
        <w:t>___________________________________________________________________________________________</w:t>
      </w:r>
    </w:p>
    <w:p w14:paraId="29B570B7" w14:textId="77777777" w:rsidR="0017311C" w:rsidRPr="00353067" w:rsidRDefault="0017311C" w:rsidP="0017311C">
      <w:pPr>
        <w:spacing w:after="40"/>
        <w:rPr>
          <w:sz w:val="24"/>
          <w:szCs w:val="28"/>
        </w:rPr>
      </w:pPr>
      <w:r w:rsidRPr="00353067">
        <w:rPr>
          <w:sz w:val="24"/>
          <w:szCs w:val="28"/>
        </w:rPr>
        <w:t>___________________________________________________________________________________________</w:t>
      </w:r>
    </w:p>
    <w:p w14:paraId="424B1386" w14:textId="77777777" w:rsidR="0017311C" w:rsidRPr="00353067" w:rsidRDefault="0017311C" w:rsidP="0017311C">
      <w:pPr>
        <w:rPr>
          <w:sz w:val="24"/>
          <w:szCs w:val="28"/>
        </w:rPr>
      </w:pPr>
    </w:p>
    <w:p w14:paraId="20A3CB40" w14:textId="622F431A" w:rsidR="00151519" w:rsidRPr="00353067" w:rsidRDefault="00151519" w:rsidP="00151519">
      <w:pPr>
        <w:pStyle w:val="ListParagraph"/>
        <w:numPr>
          <w:ilvl w:val="0"/>
          <w:numId w:val="10"/>
        </w:numPr>
        <w:rPr>
          <w:sz w:val="24"/>
          <w:szCs w:val="28"/>
        </w:rPr>
      </w:pPr>
      <w:r w:rsidRPr="00353067">
        <w:rPr>
          <w:sz w:val="24"/>
          <w:szCs w:val="28"/>
        </w:rPr>
        <w:t>Explain how high temperature can affect the active site of an enzyme.</w:t>
      </w:r>
    </w:p>
    <w:p w14:paraId="4466E906" w14:textId="77777777" w:rsidR="0017311C" w:rsidRPr="00353067" w:rsidRDefault="0017311C" w:rsidP="0017311C">
      <w:pPr>
        <w:spacing w:after="40"/>
        <w:rPr>
          <w:sz w:val="24"/>
          <w:szCs w:val="28"/>
        </w:rPr>
      </w:pPr>
      <w:r w:rsidRPr="00353067">
        <w:rPr>
          <w:sz w:val="24"/>
          <w:szCs w:val="28"/>
        </w:rPr>
        <w:t>___________________________________________________________________________________________</w:t>
      </w:r>
    </w:p>
    <w:p w14:paraId="3B066A7D" w14:textId="77777777" w:rsidR="0017311C" w:rsidRPr="00353067" w:rsidRDefault="0017311C" w:rsidP="0017311C">
      <w:pPr>
        <w:spacing w:after="40"/>
        <w:rPr>
          <w:sz w:val="24"/>
          <w:szCs w:val="28"/>
        </w:rPr>
      </w:pPr>
      <w:r w:rsidRPr="00353067">
        <w:rPr>
          <w:sz w:val="24"/>
          <w:szCs w:val="28"/>
        </w:rPr>
        <w:t>___________________________________________________________________________________________</w:t>
      </w:r>
    </w:p>
    <w:p w14:paraId="0030190D" w14:textId="77777777" w:rsidR="0017311C" w:rsidRPr="00353067" w:rsidRDefault="0017311C" w:rsidP="0017311C">
      <w:pPr>
        <w:spacing w:after="40"/>
        <w:rPr>
          <w:sz w:val="24"/>
          <w:szCs w:val="28"/>
        </w:rPr>
      </w:pPr>
      <w:r w:rsidRPr="00353067">
        <w:rPr>
          <w:sz w:val="24"/>
          <w:szCs w:val="28"/>
        </w:rPr>
        <w:t>___________________________________________________________________________________________</w:t>
      </w:r>
    </w:p>
    <w:p w14:paraId="0A2CB63F" w14:textId="77777777" w:rsidR="0017311C" w:rsidRPr="00353067" w:rsidRDefault="0017311C" w:rsidP="0017311C">
      <w:pPr>
        <w:rPr>
          <w:sz w:val="24"/>
          <w:szCs w:val="28"/>
        </w:rPr>
      </w:pPr>
    </w:p>
    <w:p w14:paraId="47F1AC5C" w14:textId="3860313B" w:rsidR="00151519" w:rsidRPr="00353067" w:rsidRDefault="0017311C" w:rsidP="00151519">
      <w:pPr>
        <w:rPr>
          <w:sz w:val="24"/>
          <w:szCs w:val="28"/>
        </w:rPr>
      </w:pPr>
      <w:r w:rsidRPr="00353067">
        <w:rPr>
          <w:sz w:val="24"/>
          <w:szCs w:val="28"/>
        </w:rPr>
        <w:lastRenderedPageBreak/>
        <w:t xml:space="preserve">Graph space </w:t>
      </w:r>
    </w:p>
    <w:p w14:paraId="1CE279B8" w14:textId="57D5C6F7" w:rsidR="00151519" w:rsidRPr="00353067" w:rsidRDefault="00151519">
      <w:pPr>
        <w:rPr>
          <w:sz w:val="24"/>
          <w:szCs w:val="28"/>
        </w:rPr>
      </w:pPr>
      <w:r w:rsidRPr="00353067">
        <w:rPr>
          <w:noProof/>
          <w:sz w:val="24"/>
          <w:szCs w:val="28"/>
        </w:rPr>
        <w:drawing>
          <wp:inline distT="0" distB="0" distL="0" distR="0" wp14:anchorId="3F3EE738" wp14:editId="2F2CE76E">
            <wp:extent cx="6400800" cy="8124825"/>
            <wp:effectExtent l="0" t="0" r="0" b="9525"/>
            <wp:docPr id="622654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654060" name=""/>
                    <pic:cNvPicPr/>
                  </pic:nvPicPr>
                  <pic:blipFill>
                    <a:blip r:embed="rId11"/>
                    <a:stretch>
                      <a:fillRect/>
                    </a:stretch>
                  </pic:blipFill>
                  <pic:spPr>
                    <a:xfrm>
                      <a:off x="0" y="0"/>
                      <a:ext cx="6400800" cy="8124825"/>
                    </a:xfrm>
                    <a:prstGeom prst="rect">
                      <a:avLst/>
                    </a:prstGeom>
                  </pic:spPr>
                </pic:pic>
              </a:graphicData>
            </a:graphic>
          </wp:inline>
        </w:drawing>
      </w:r>
    </w:p>
    <w:p w14:paraId="7FB01F7A" w14:textId="77777777" w:rsidR="00842165" w:rsidRPr="00353067" w:rsidRDefault="005F22B3">
      <w:pPr>
        <w:rPr>
          <w:sz w:val="24"/>
          <w:szCs w:val="28"/>
        </w:rPr>
      </w:pPr>
      <w:r w:rsidRPr="00353067">
        <w:rPr>
          <w:b/>
          <w:color w:val="68311F"/>
          <w:sz w:val="32"/>
          <w:szCs w:val="28"/>
        </w:rPr>
        <w:lastRenderedPageBreak/>
        <w:t>Task 5: Scientific vocabulary and practical skills</w:t>
      </w:r>
      <w:r w:rsidRPr="00353067">
        <w:rPr>
          <w:b/>
          <w:sz w:val="24"/>
          <w:szCs w:val="28"/>
        </w:rPr>
        <w:t xml:space="preserve">   [20 marks]</w:t>
      </w:r>
    </w:p>
    <w:tbl>
      <w:tblPr>
        <w:tblStyle w:val="TableGrid"/>
        <w:tblW w:w="0" w:type="auto"/>
        <w:tblLook w:val="04A0" w:firstRow="1" w:lastRow="0" w:firstColumn="1" w:lastColumn="0" w:noHBand="0" w:noVBand="1"/>
      </w:tblPr>
      <w:tblGrid>
        <w:gridCol w:w="1426"/>
        <w:gridCol w:w="5336"/>
        <w:gridCol w:w="3360"/>
      </w:tblGrid>
      <w:tr w:rsidR="00842165" w:rsidRPr="00353067" w14:paraId="6627C152" w14:textId="77777777" w:rsidTr="0017311C">
        <w:tc>
          <w:tcPr>
            <w:tcW w:w="1384" w:type="dxa"/>
            <w:shd w:val="clear" w:color="auto" w:fill="D9EAF7"/>
            <w:vAlign w:val="center"/>
          </w:tcPr>
          <w:p w14:paraId="22B4866E" w14:textId="77777777" w:rsidR="00842165" w:rsidRPr="00353067" w:rsidRDefault="005F22B3">
            <w:pPr>
              <w:rPr>
                <w:sz w:val="22"/>
              </w:rPr>
            </w:pPr>
            <w:r w:rsidRPr="00353067">
              <w:rPr>
                <w:b/>
                <w:sz w:val="22"/>
              </w:rPr>
              <w:t>Term</w:t>
            </w:r>
          </w:p>
        </w:tc>
        <w:tc>
          <w:tcPr>
            <w:tcW w:w="5336" w:type="dxa"/>
            <w:shd w:val="clear" w:color="auto" w:fill="D9EAF7"/>
            <w:vAlign w:val="center"/>
          </w:tcPr>
          <w:p w14:paraId="0295EE3A" w14:textId="77777777" w:rsidR="00842165" w:rsidRPr="00353067" w:rsidRDefault="005F22B3">
            <w:pPr>
              <w:rPr>
                <w:sz w:val="22"/>
              </w:rPr>
            </w:pPr>
            <w:r w:rsidRPr="00353067">
              <w:rPr>
                <w:b/>
                <w:sz w:val="22"/>
              </w:rPr>
              <w:t>Definition in your own words</w:t>
            </w:r>
          </w:p>
        </w:tc>
        <w:tc>
          <w:tcPr>
            <w:tcW w:w="3360" w:type="dxa"/>
            <w:shd w:val="clear" w:color="auto" w:fill="D9EAF7"/>
            <w:vAlign w:val="center"/>
          </w:tcPr>
          <w:p w14:paraId="4CE0C664" w14:textId="77777777" w:rsidR="00842165" w:rsidRPr="00353067" w:rsidRDefault="005F22B3">
            <w:pPr>
              <w:rPr>
                <w:sz w:val="22"/>
              </w:rPr>
            </w:pPr>
            <w:r w:rsidRPr="00353067">
              <w:rPr>
                <w:b/>
                <w:sz w:val="22"/>
              </w:rPr>
              <w:t>Example in a medical science practical</w:t>
            </w:r>
          </w:p>
        </w:tc>
      </w:tr>
      <w:tr w:rsidR="00842165" w:rsidRPr="00353067" w14:paraId="223CF908" w14:textId="77777777" w:rsidTr="0017311C">
        <w:tc>
          <w:tcPr>
            <w:tcW w:w="1384" w:type="dxa"/>
            <w:vAlign w:val="center"/>
          </w:tcPr>
          <w:p w14:paraId="1E305336" w14:textId="77777777" w:rsidR="00842165" w:rsidRPr="00353067" w:rsidRDefault="005F22B3">
            <w:pPr>
              <w:rPr>
                <w:sz w:val="22"/>
              </w:rPr>
            </w:pPr>
            <w:r w:rsidRPr="00353067">
              <w:rPr>
                <w:sz w:val="22"/>
              </w:rPr>
              <w:t>Independent variable</w:t>
            </w:r>
          </w:p>
        </w:tc>
        <w:tc>
          <w:tcPr>
            <w:tcW w:w="5336" w:type="dxa"/>
            <w:vAlign w:val="center"/>
          </w:tcPr>
          <w:p w14:paraId="01370E19" w14:textId="77777777" w:rsidR="00842165" w:rsidRPr="00353067" w:rsidRDefault="00842165">
            <w:pPr>
              <w:rPr>
                <w:sz w:val="22"/>
              </w:rPr>
            </w:pPr>
          </w:p>
          <w:p w14:paraId="6A44A264" w14:textId="77777777" w:rsidR="0017311C" w:rsidRPr="00353067" w:rsidRDefault="0017311C">
            <w:pPr>
              <w:rPr>
                <w:sz w:val="22"/>
              </w:rPr>
            </w:pPr>
          </w:p>
          <w:p w14:paraId="3EF51216" w14:textId="77777777" w:rsidR="0017311C" w:rsidRPr="00353067" w:rsidRDefault="0017311C">
            <w:pPr>
              <w:rPr>
                <w:sz w:val="22"/>
              </w:rPr>
            </w:pPr>
          </w:p>
        </w:tc>
        <w:tc>
          <w:tcPr>
            <w:tcW w:w="3360" w:type="dxa"/>
            <w:vAlign w:val="center"/>
          </w:tcPr>
          <w:p w14:paraId="5AC3BD2B" w14:textId="77777777" w:rsidR="00842165" w:rsidRPr="00353067" w:rsidRDefault="00842165">
            <w:pPr>
              <w:rPr>
                <w:sz w:val="22"/>
              </w:rPr>
            </w:pPr>
          </w:p>
        </w:tc>
      </w:tr>
      <w:tr w:rsidR="00842165" w:rsidRPr="00353067" w14:paraId="0886AE8C" w14:textId="77777777" w:rsidTr="0017311C">
        <w:tc>
          <w:tcPr>
            <w:tcW w:w="1384" w:type="dxa"/>
            <w:vAlign w:val="center"/>
          </w:tcPr>
          <w:p w14:paraId="182A7CA7" w14:textId="77777777" w:rsidR="00842165" w:rsidRPr="00353067" w:rsidRDefault="005F22B3">
            <w:pPr>
              <w:rPr>
                <w:sz w:val="22"/>
              </w:rPr>
            </w:pPr>
            <w:r w:rsidRPr="00353067">
              <w:rPr>
                <w:sz w:val="22"/>
              </w:rPr>
              <w:t>Dependent variable</w:t>
            </w:r>
          </w:p>
        </w:tc>
        <w:tc>
          <w:tcPr>
            <w:tcW w:w="5336" w:type="dxa"/>
            <w:vAlign w:val="center"/>
          </w:tcPr>
          <w:p w14:paraId="127390A3" w14:textId="77777777" w:rsidR="00842165" w:rsidRPr="00353067" w:rsidRDefault="00842165">
            <w:pPr>
              <w:rPr>
                <w:sz w:val="22"/>
              </w:rPr>
            </w:pPr>
          </w:p>
          <w:p w14:paraId="39953AC8" w14:textId="77777777" w:rsidR="0017311C" w:rsidRPr="00353067" w:rsidRDefault="0017311C">
            <w:pPr>
              <w:rPr>
                <w:sz w:val="22"/>
              </w:rPr>
            </w:pPr>
          </w:p>
          <w:p w14:paraId="30FCD6DB" w14:textId="77777777" w:rsidR="0017311C" w:rsidRPr="00353067" w:rsidRDefault="0017311C">
            <w:pPr>
              <w:rPr>
                <w:sz w:val="22"/>
              </w:rPr>
            </w:pPr>
          </w:p>
        </w:tc>
        <w:tc>
          <w:tcPr>
            <w:tcW w:w="3360" w:type="dxa"/>
            <w:vAlign w:val="center"/>
          </w:tcPr>
          <w:p w14:paraId="6ECB4E45" w14:textId="77777777" w:rsidR="00842165" w:rsidRPr="00353067" w:rsidRDefault="00842165">
            <w:pPr>
              <w:rPr>
                <w:sz w:val="22"/>
              </w:rPr>
            </w:pPr>
          </w:p>
        </w:tc>
      </w:tr>
      <w:tr w:rsidR="00842165" w:rsidRPr="00353067" w14:paraId="79CCD44D" w14:textId="77777777" w:rsidTr="0017311C">
        <w:tc>
          <w:tcPr>
            <w:tcW w:w="1384" w:type="dxa"/>
            <w:vAlign w:val="center"/>
          </w:tcPr>
          <w:p w14:paraId="31E2DF8A" w14:textId="77777777" w:rsidR="00842165" w:rsidRPr="00353067" w:rsidRDefault="005F22B3">
            <w:pPr>
              <w:rPr>
                <w:sz w:val="22"/>
              </w:rPr>
            </w:pPr>
            <w:r w:rsidRPr="00353067">
              <w:rPr>
                <w:sz w:val="22"/>
              </w:rPr>
              <w:t>Control variable</w:t>
            </w:r>
          </w:p>
        </w:tc>
        <w:tc>
          <w:tcPr>
            <w:tcW w:w="5336" w:type="dxa"/>
            <w:vAlign w:val="center"/>
          </w:tcPr>
          <w:p w14:paraId="7D04ABBC" w14:textId="77777777" w:rsidR="00842165" w:rsidRPr="00353067" w:rsidRDefault="00842165">
            <w:pPr>
              <w:rPr>
                <w:sz w:val="22"/>
              </w:rPr>
            </w:pPr>
          </w:p>
          <w:p w14:paraId="4712ED66" w14:textId="77777777" w:rsidR="0017311C" w:rsidRPr="00353067" w:rsidRDefault="0017311C">
            <w:pPr>
              <w:rPr>
                <w:sz w:val="22"/>
              </w:rPr>
            </w:pPr>
          </w:p>
          <w:p w14:paraId="67A69130" w14:textId="77777777" w:rsidR="0017311C" w:rsidRPr="00353067" w:rsidRDefault="0017311C">
            <w:pPr>
              <w:rPr>
                <w:sz w:val="22"/>
              </w:rPr>
            </w:pPr>
          </w:p>
        </w:tc>
        <w:tc>
          <w:tcPr>
            <w:tcW w:w="3360" w:type="dxa"/>
            <w:vAlign w:val="center"/>
          </w:tcPr>
          <w:p w14:paraId="7C1CD964" w14:textId="77777777" w:rsidR="00842165" w:rsidRPr="00353067" w:rsidRDefault="00842165">
            <w:pPr>
              <w:rPr>
                <w:sz w:val="22"/>
              </w:rPr>
            </w:pPr>
          </w:p>
        </w:tc>
      </w:tr>
      <w:tr w:rsidR="00842165" w:rsidRPr="00353067" w14:paraId="115EA147" w14:textId="77777777" w:rsidTr="0017311C">
        <w:tc>
          <w:tcPr>
            <w:tcW w:w="1384" w:type="dxa"/>
            <w:vAlign w:val="center"/>
          </w:tcPr>
          <w:p w14:paraId="41F97B4B" w14:textId="77777777" w:rsidR="00842165" w:rsidRPr="00353067" w:rsidRDefault="005F22B3">
            <w:pPr>
              <w:rPr>
                <w:sz w:val="22"/>
              </w:rPr>
            </w:pPr>
            <w:r w:rsidRPr="00353067">
              <w:rPr>
                <w:sz w:val="22"/>
              </w:rPr>
              <w:t>Validity</w:t>
            </w:r>
          </w:p>
        </w:tc>
        <w:tc>
          <w:tcPr>
            <w:tcW w:w="5336" w:type="dxa"/>
            <w:vAlign w:val="center"/>
          </w:tcPr>
          <w:p w14:paraId="3D455AF9" w14:textId="77777777" w:rsidR="00842165" w:rsidRPr="00353067" w:rsidRDefault="00842165">
            <w:pPr>
              <w:rPr>
                <w:sz w:val="22"/>
              </w:rPr>
            </w:pPr>
          </w:p>
          <w:p w14:paraId="634DC2F6" w14:textId="77777777" w:rsidR="0017311C" w:rsidRPr="00353067" w:rsidRDefault="0017311C">
            <w:pPr>
              <w:rPr>
                <w:sz w:val="22"/>
              </w:rPr>
            </w:pPr>
          </w:p>
          <w:p w14:paraId="1AFBC6B0" w14:textId="77777777" w:rsidR="0017311C" w:rsidRPr="00353067" w:rsidRDefault="0017311C">
            <w:pPr>
              <w:rPr>
                <w:sz w:val="22"/>
              </w:rPr>
            </w:pPr>
          </w:p>
        </w:tc>
        <w:tc>
          <w:tcPr>
            <w:tcW w:w="3360" w:type="dxa"/>
            <w:vAlign w:val="center"/>
          </w:tcPr>
          <w:p w14:paraId="48020AA1" w14:textId="77777777" w:rsidR="00842165" w:rsidRPr="00353067" w:rsidRDefault="00842165">
            <w:pPr>
              <w:rPr>
                <w:sz w:val="22"/>
              </w:rPr>
            </w:pPr>
          </w:p>
        </w:tc>
      </w:tr>
      <w:tr w:rsidR="00842165" w:rsidRPr="00353067" w14:paraId="29722181" w14:textId="77777777" w:rsidTr="0017311C">
        <w:tc>
          <w:tcPr>
            <w:tcW w:w="1384" w:type="dxa"/>
            <w:vAlign w:val="center"/>
          </w:tcPr>
          <w:p w14:paraId="765DCBA6" w14:textId="77777777" w:rsidR="00842165" w:rsidRPr="00353067" w:rsidRDefault="005F22B3">
            <w:pPr>
              <w:rPr>
                <w:sz w:val="22"/>
              </w:rPr>
            </w:pPr>
            <w:r w:rsidRPr="00353067">
              <w:rPr>
                <w:sz w:val="22"/>
              </w:rPr>
              <w:t>Reliability</w:t>
            </w:r>
          </w:p>
        </w:tc>
        <w:tc>
          <w:tcPr>
            <w:tcW w:w="5336" w:type="dxa"/>
            <w:vAlign w:val="center"/>
          </w:tcPr>
          <w:p w14:paraId="7DCBD672" w14:textId="77777777" w:rsidR="00842165" w:rsidRPr="00353067" w:rsidRDefault="00842165">
            <w:pPr>
              <w:rPr>
                <w:sz w:val="22"/>
              </w:rPr>
            </w:pPr>
          </w:p>
          <w:p w14:paraId="573951BB" w14:textId="77777777" w:rsidR="0017311C" w:rsidRPr="00353067" w:rsidRDefault="0017311C">
            <w:pPr>
              <w:rPr>
                <w:sz w:val="22"/>
              </w:rPr>
            </w:pPr>
          </w:p>
          <w:p w14:paraId="075A9B9D" w14:textId="77777777" w:rsidR="0017311C" w:rsidRPr="00353067" w:rsidRDefault="0017311C">
            <w:pPr>
              <w:rPr>
                <w:sz w:val="22"/>
              </w:rPr>
            </w:pPr>
          </w:p>
        </w:tc>
        <w:tc>
          <w:tcPr>
            <w:tcW w:w="3360" w:type="dxa"/>
            <w:vAlign w:val="center"/>
          </w:tcPr>
          <w:p w14:paraId="3A1096B3" w14:textId="77777777" w:rsidR="00842165" w:rsidRPr="00353067" w:rsidRDefault="00842165">
            <w:pPr>
              <w:rPr>
                <w:sz w:val="22"/>
              </w:rPr>
            </w:pPr>
          </w:p>
        </w:tc>
      </w:tr>
      <w:tr w:rsidR="00842165" w:rsidRPr="00353067" w14:paraId="43FF76D1" w14:textId="77777777" w:rsidTr="0017311C">
        <w:tc>
          <w:tcPr>
            <w:tcW w:w="1384" w:type="dxa"/>
            <w:vAlign w:val="center"/>
          </w:tcPr>
          <w:p w14:paraId="1A7C087D" w14:textId="77777777" w:rsidR="00842165" w:rsidRPr="00353067" w:rsidRDefault="005F22B3">
            <w:pPr>
              <w:rPr>
                <w:sz w:val="22"/>
              </w:rPr>
            </w:pPr>
            <w:r w:rsidRPr="00353067">
              <w:rPr>
                <w:sz w:val="22"/>
              </w:rPr>
              <w:t>Accuracy</w:t>
            </w:r>
          </w:p>
        </w:tc>
        <w:tc>
          <w:tcPr>
            <w:tcW w:w="5336" w:type="dxa"/>
            <w:vAlign w:val="center"/>
          </w:tcPr>
          <w:p w14:paraId="4569BF6C" w14:textId="77777777" w:rsidR="00842165" w:rsidRPr="00353067" w:rsidRDefault="00842165">
            <w:pPr>
              <w:rPr>
                <w:sz w:val="22"/>
              </w:rPr>
            </w:pPr>
          </w:p>
          <w:p w14:paraId="55F65258" w14:textId="77777777" w:rsidR="0017311C" w:rsidRPr="00353067" w:rsidRDefault="0017311C">
            <w:pPr>
              <w:rPr>
                <w:sz w:val="22"/>
              </w:rPr>
            </w:pPr>
          </w:p>
          <w:p w14:paraId="235E66D9" w14:textId="77777777" w:rsidR="0017311C" w:rsidRPr="00353067" w:rsidRDefault="0017311C">
            <w:pPr>
              <w:rPr>
                <w:sz w:val="22"/>
              </w:rPr>
            </w:pPr>
          </w:p>
        </w:tc>
        <w:tc>
          <w:tcPr>
            <w:tcW w:w="3360" w:type="dxa"/>
            <w:vAlign w:val="center"/>
          </w:tcPr>
          <w:p w14:paraId="779C5896" w14:textId="77777777" w:rsidR="00842165" w:rsidRPr="00353067" w:rsidRDefault="00842165">
            <w:pPr>
              <w:rPr>
                <w:sz w:val="22"/>
              </w:rPr>
            </w:pPr>
          </w:p>
        </w:tc>
      </w:tr>
      <w:tr w:rsidR="00842165" w:rsidRPr="00353067" w14:paraId="3D6D75B8" w14:textId="77777777" w:rsidTr="0017311C">
        <w:tc>
          <w:tcPr>
            <w:tcW w:w="1384" w:type="dxa"/>
            <w:vAlign w:val="center"/>
          </w:tcPr>
          <w:p w14:paraId="3A7E0160" w14:textId="77777777" w:rsidR="00842165" w:rsidRPr="00353067" w:rsidRDefault="005F22B3">
            <w:pPr>
              <w:rPr>
                <w:sz w:val="22"/>
              </w:rPr>
            </w:pPr>
            <w:r w:rsidRPr="00353067">
              <w:rPr>
                <w:sz w:val="22"/>
              </w:rPr>
              <w:t>Precision</w:t>
            </w:r>
          </w:p>
        </w:tc>
        <w:tc>
          <w:tcPr>
            <w:tcW w:w="5336" w:type="dxa"/>
            <w:vAlign w:val="center"/>
          </w:tcPr>
          <w:p w14:paraId="568BAD85" w14:textId="77777777" w:rsidR="00842165" w:rsidRPr="00353067" w:rsidRDefault="00842165">
            <w:pPr>
              <w:rPr>
                <w:sz w:val="22"/>
              </w:rPr>
            </w:pPr>
          </w:p>
          <w:p w14:paraId="78FB2E1B" w14:textId="77777777" w:rsidR="0017311C" w:rsidRPr="00353067" w:rsidRDefault="0017311C">
            <w:pPr>
              <w:rPr>
                <w:sz w:val="22"/>
              </w:rPr>
            </w:pPr>
          </w:p>
          <w:p w14:paraId="0F07845D" w14:textId="77777777" w:rsidR="0017311C" w:rsidRPr="00353067" w:rsidRDefault="0017311C">
            <w:pPr>
              <w:rPr>
                <w:sz w:val="22"/>
              </w:rPr>
            </w:pPr>
          </w:p>
        </w:tc>
        <w:tc>
          <w:tcPr>
            <w:tcW w:w="3360" w:type="dxa"/>
            <w:vAlign w:val="center"/>
          </w:tcPr>
          <w:p w14:paraId="2E6D9803" w14:textId="77777777" w:rsidR="00842165" w:rsidRPr="00353067" w:rsidRDefault="00842165">
            <w:pPr>
              <w:rPr>
                <w:sz w:val="22"/>
              </w:rPr>
            </w:pPr>
          </w:p>
        </w:tc>
      </w:tr>
      <w:tr w:rsidR="00842165" w:rsidRPr="00353067" w14:paraId="7A6ECF18" w14:textId="77777777" w:rsidTr="0017311C">
        <w:tc>
          <w:tcPr>
            <w:tcW w:w="1384" w:type="dxa"/>
            <w:vAlign w:val="center"/>
          </w:tcPr>
          <w:p w14:paraId="2B49EA63" w14:textId="77777777" w:rsidR="00842165" w:rsidRPr="00353067" w:rsidRDefault="005F22B3">
            <w:pPr>
              <w:rPr>
                <w:sz w:val="22"/>
              </w:rPr>
            </w:pPr>
            <w:r w:rsidRPr="00353067">
              <w:rPr>
                <w:sz w:val="22"/>
              </w:rPr>
              <w:t>Resolution</w:t>
            </w:r>
          </w:p>
        </w:tc>
        <w:tc>
          <w:tcPr>
            <w:tcW w:w="5336" w:type="dxa"/>
            <w:vAlign w:val="center"/>
          </w:tcPr>
          <w:p w14:paraId="36B5701D" w14:textId="77777777" w:rsidR="00842165" w:rsidRPr="00353067" w:rsidRDefault="00842165">
            <w:pPr>
              <w:rPr>
                <w:sz w:val="22"/>
              </w:rPr>
            </w:pPr>
          </w:p>
          <w:p w14:paraId="73D78678" w14:textId="77777777" w:rsidR="0017311C" w:rsidRPr="00353067" w:rsidRDefault="0017311C">
            <w:pPr>
              <w:rPr>
                <w:sz w:val="22"/>
              </w:rPr>
            </w:pPr>
          </w:p>
          <w:p w14:paraId="4DB1A9F0" w14:textId="77777777" w:rsidR="0017311C" w:rsidRPr="00353067" w:rsidRDefault="0017311C">
            <w:pPr>
              <w:rPr>
                <w:sz w:val="22"/>
              </w:rPr>
            </w:pPr>
          </w:p>
        </w:tc>
        <w:tc>
          <w:tcPr>
            <w:tcW w:w="3360" w:type="dxa"/>
            <w:vAlign w:val="center"/>
          </w:tcPr>
          <w:p w14:paraId="33D12B17" w14:textId="77777777" w:rsidR="00842165" w:rsidRPr="00353067" w:rsidRDefault="00842165">
            <w:pPr>
              <w:rPr>
                <w:sz w:val="22"/>
              </w:rPr>
            </w:pPr>
          </w:p>
        </w:tc>
      </w:tr>
      <w:tr w:rsidR="00842165" w:rsidRPr="00353067" w14:paraId="1D6E5F0A" w14:textId="77777777" w:rsidTr="0017311C">
        <w:tc>
          <w:tcPr>
            <w:tcW w:w="1384" w:type="dxa"/>
            <w:vAlign w:val="center"/>
          </w:tcPr>
          <w:p w14:paraId="080BBF56" w14:textId="77777777" w:rsidR="00842165" w:rsidRPr="00353067" w:rsidRDefault="005F22B3">
            <w:pPr>
              <w:rPr>
                <w:sz w:val="22"/>
              </w:rPr>
            </w:pPr>
            <w:r w:rsidRPr="00353067">
              <w:rPr>
                <w:sz w:val="22"/>
              </w:rPr>
              <w:t>Anomaly</w:t>
            </w:r>
          </w:p>
        </w:tc>
        <w:tc>
          <w:tcPr>
            <w:tcW w:w="5336" w:type="dxa"/>
            <w:vAlign w:val="center"/>
          </w:tcPr>
          <w:p w14:paraId="1A08B1F7" w14:textId="77777777" w:rsidR="00842165" w:rsidRPr="00353067" w:rsidRDefault="00842165">
            <w:pPr>
              <w:rPr>
                <w:sz w:val="22"/>
              </w:rPr>
            </w:pPr>
          </w:p>
          <w:p w14:paraId="4B57AE30" w14:textId="77777777" w:rsidR="0017311C" w:rsidRPr="00353067" w:rsidRDefault="0017311C">
            <w:pPr>
              <w:rPr>
                <w:sz w:val="22"/>
              </w:rPr>
            </w:pPr>
          </w:p>
          <w:p w14:paraId="45B80435" w14:textId="77777777" w:rsidR="0017311C" w:rsidRPr="00353067" w:rsidRDefault="0017311C">
            <w:pPr>
              <w:rPr>
                <w:sz w:val="22"/>
              </w:rPr>
            </w:pPr>
          </w:p>
        </w:tc>
        <w:tc>
          <w:tcPr>
            <w:tcW w:w="3360" w:type="dxa"/>
            <w:vAlign w:val="center"/>
          </w:tcPr>
          <w:p w14:paraId="3F864769" w14:textId="77777777" w:rsidR="00842165" w:rsidRPr="00353067" w:rsidRDefault="00842165">
            <w:pPr>
              <w:rPr>
                <w:sz w:val="22"/>
              </w:rPr>
            </w:pPr>
          </w:p>
        </w:tc>
      </w:tr>
      <w:tr w:rsidR="00842165" w:rsidRPr="00353067" w14:paraId="21A100D7" w14:textId="77777777" w:rsidTr="0017311C">
        <w:tc>
          <w:tcPr>
            <w:tcW w:w="1384" w:type="dxa"/>
            <w:vAlign w:val="center"/>
          </w:tcPr>
          <w:p w14:paraId="2E40B895" w14:textId="77777777" w:rsidR="00842165" w:rsidRPr="00353067" w:rsidRDefault="005F22B3">
            <w:pPr>
              <w:rPr>
                <w:sz w:val="22"/>
              </w:rPr>
            </w:pPr>
            <w:r w:rsidRPr="00353067">
              <w:rPr>
                <w:sz w:val="22"/>
              </w:rPr>
              <w:t>Risk assessment</w:t>
            </w:r>
          </w:p>
        </w:tc>
        <w:tc>
          <w:tcPr>
            <w:tcW w:w="5336" w:type="dxa"/>
            <w:vAlign w:val="center"/>
          </w:tcPr>
          <w:p w14:paraId="212C6882" w14:textId="77777777" w:rsidR="00842165" w:rsidRPr="00353067" w:rsidRDefault="00842165">
            <w:pPr>
              <w:rPr>
                <w:sz w:val="22"/>
              </w:rPr>
            </w:pPr>
          </w:p>
          <w:p w14:paraId="2D73F979" w14:textId="77777777" w:rsidR="0017311C" w:rsidRPr="00353067" w:rsidRDefault="0017311C">
            <w:pPr>
              <w:rPr>
                <w:sz w:val="22"/>
              </w:rPr>
            </w:pPr>
          </w:p>
          <w:p w14:paraId="03F5FD94" w14:textId="77777777" w:rsidR="0017311C" w:rsidRPr="00353067" w:rsidRDefault="0017311C">
            <w:pPr>
              <w:rPr>
                <w:sz w:val="22"/>
              </w:rPr>
            </w:pPr>
          </w:p>
        </w:tc>
        <w:tc>
          <w:tcPr>
            <w:tcW w:w="3360" w:type="dxa"/>
            <w:vAlign w:val="center"/>
          </w:tcPr>
          <w:p w14:paraId="0F0DDB41" w14:textId="77777777" w:rsidR="00842165" w:rsidRPr="00353067" w:rsidRDefault="00842165">
            <w:pPr>
              <w:rPr>
                <w:sz w:val="22"/>
              </w:rPr>
            </w:pPr>
          </w:p>
        </w:tc>
      </w:tr>
    </w:tbl>
    <w:p w14:paraId="05FE98AB" w14:textId="77777777" w:rsidR="0017311C" w:rsidRPr="00353067" w:rsidRDefault="0017311C">
      <w:pPr>
        <w:rPr>
          <w:sz w:val="24"/>
          <w:szCs w:val="28"/>
        </w:rPr>
      </w:pPr>
    </w:p>
    <w:p w14:paraId="38AA02BC" w14:textId="7BA1B736" w:rsidR="00842165" w:rsidRPr="00353067" w:rsidRDefault="005F22B3">
      <w:pPr>
        <w:rPr>
          <w:sz w:val="24"/>
          <w:szCs w:val="28"/>
        </w:rPr>
      </w:pPr>
      <w:r w:rsidRPr="00353067">
        <w:rPr>
          <w:sz w:val="24"/>
          <w:szCs w:val="28"/>
        </w:rPr>
        <w:t>Planning question: A student investigates how pH affects the digestion of protein by a protease enzyme. Identify the independent variable, dependent variable and three control variables.</w:t>
      </w:r>
    </w:p>
    <w:tbl>
      <w:tblPr>
        <w:tblStyle w:val="TableGrid"/>
        <w:tblW w:w="0" w:type="auto"/>
        <w:tblLook w:val="04A0" w:firstRow="1" w:lastRow="0" w:firstColumn="1" w:lastColumn="0" w:noHBand="0" w:noVBand="1"/>
      </w:tblPr>
      <w:tblGrid>
        <w:gridCol w:w="1526"/>
        <w:gridCol w:w="8726"/>
      </w:tblGrid>
      <w:tr w:rsidR="0017311C" w:rsidRPr="00353067" w14:paraId="27D1F370" w14:textId="77777777" w:rsidTr="00707095">
        <w:trPr>
          <w:trHeight w:val="487"/>
        </w:trPr>
        <w:tc>
          <w:tcPr>
            <w:tcW w:w="10252" w:type="dxa"/>
            <w:gridSpan w:val="2"/>
            <w:shd w:val="clear" w:color="auto" w:fill="D9EAF7"/>
            <w:vAlign w:val="center"/>
          </w:tcPr>
          <w:p w14:paraId="0580588E" w14:textId="52E6A334" w:rsidR="0017311C" w:rsidRPr="00353067" w:rsidRDefault="0017311C" w:rsidP="00FE10E8">
            <w:pPr>
              <w:rPr>
                <w:sz w:val="24"/>
                <w:szCs w:val="24"/>
              </w:rPr>
            </w:pPr>
            <w:r w:rsidRPr="00353067">
              <w:rPr>
                <w:b/>
                <w:sz w:val="24"/>
                <w:szCs w:val="24"/>
              </w:rPr>
              <w:t>Variables</w:t>
            </w:r>
          </w:p>
        </w:tc>
      </w:tr>
      <w:tr w:rsidR="0017311C" w:rsidRPr="00353067" w14:paraId="49D90BED" w14:textId="77777777" w:rsidTr="0017311C">
        <w:trPr>
          <w:trHeight w:val="580"/>
        </w:trPr>
        <w:tc>
          <w:tcPr>
            <w:tcW w:w="1526" w:type="dxa"/>
            <w:vAlign w:val="center"/>
          </w:tcPr>
          <w:p w14:paraId="3C74DDD7" w14:textId="74019AF7" w:rsidR="0017311C" w:rsidRPr="00353067" w:rsidRDefault="0017311C" w:rsidP="00FE10E8">
            <w:pPr>
              <w:rPr>
                <w:sz w:val="24"/>
                <w:szCs w:val="28"/>
              </w:rPr>
            </w:pPr>
            <w:r w:rsidRPr="00353067">
              <w:rPr>
                <w:szCs w:val="28"/>
              </w:rPr>
              <w:t>Independent</w:t>
            </w:r>
          </w:p>
        </w:tc>
        <w:tc>
          <w:tcPr>
            <w:tcW w:w="8726" w:type="dxa"/>
            <w:vAlign w:val="center"/>
          </w:tcPr>
          <w:p w14:paraId="6A6F45E3" w14:textId="77777777" w:rsidR="0017311C" w:rsidRPr="00353067" w:rsidRDefault="0017311C" w:rsidP="00FE10E8">
            <w:pPr>
              <w:rPr>
                <w:sz w:val="24"/>
                <w:szCs w:val="28"/>
              </w:rPr>
            </w:pPr>
          </w:p>
        </w:tc>
      </w:tr>
      <w:tr w:rsidR="0017311C" w:rsidRPr="00353067" w14:paraId="13888595" w14:textId="77777777" w:rsidTr="0017311C">
        <w:trPr>
          <w:trHeight w:val="604"/>
        </w:trPr>
        <w:tc>
          <w:tcPr>
            <w:tcW w:w="1526" w:type="dxa"/>
            <w:vAlign w:val="center"/>
          </w:tcPr>
          <w:p w14:paraId="26AB639B" w14:textId="1FA8ACDA" w:rsidR="0017311C" w:rsidRPr="00353067" w:rsidRDefault="0017311C" w:rsidP="00FE10E8">
            <w:pPr>
              <w:rPr>
                <w:sz w:val="24"/>
                <w:szCs w:val="28"/>
              </w:rPr>
            </w:pPr>
            <w:r w:rsidRPr="00353067">
              <w:rPr>
                <w:szCs w:val="28"/>
              </w:rPr>
              <w:t xml:space="preserve">Dependent </w:t>
            </w:r>
          </w:p>
        </w:tc>
        <w:tc>
          <w:tcPr>
            <w:tcW w:w="8726" w:type="dxa"/>
            <w:vAlign w:val="center"/>
          </w:tcPr>
          <w:p w14:paraId="1819095A" w14:textId="77777777" w:rsidR="0017311C" w:rsidRPr="00353067" w:rsidRDefault="0017311C" w:rsidP="00FE10E8">
            <w:pPr>
              <w:rPr>
                <w:sz w:val="24"/>
                <w:szCs w:val="28"/>
              </w:rPr>
            </w:pPr>
          </w:p>
        </w:tc>
      </w:tr>
      <w:tr w:rsidR="0017311C" w:rsidRPr="00353067" w14:paraId="48EE81DD" w14:textId="77777777" w:rsidTr="0017311C">
        <w:trPr>
          <w:trHeight w:val="580"/>
        </w:trPr>
        <w:tc>
          <w:tcPr>
            <w:tcW w:w="1526" w:type="dxa"/>
            <w:vAlign w:val="center"/>
          </w:tcPr>
          <w:p w14:paraId="77796E55" w14:textId="2C4ED94C" w:rsidR="0017311C" w:rsidRPr="00353067" w:rsidRDefault="0017311C" w:rsidP="00FE10E8">
            <w:pPr>
              <w:rPr>
                <w:sz w:val="24"/>
                <w:szCs w:val="28"/>
              </w:rPr>
            </w:pPr>
            <w:r w:rsidRPr="00353067">
              <w:rPr>
                <w:szCs w:val="28"/>
              </w:rPr>
              <w:t xml:space="preserve">Control </w:t>
            </w:r>
          </w:p>
        </w:tc>
        <w:tc>
          <w:tcPr>
            <w:tcW w:w="8726" w:type="dxa"/>
            <w:vAlign w:val="center"/>
          </w:tcPr>
          <w:p w14:paraId="24B00C29" w14:textId="77777777" w:rsidR="0017311C" w:rsidRPr="00353067" w:rsidRDefault="0017311C" w:rsidP="00FE10E8">
            <w:pPr>
              <w:rPr>
                <w:sz w:val="24"/>
                <w:szCs w:val="28"/>
              </w:rPr>
            </w:pPr>
            <w:r w:rsidRPr="00353067">
              <w:rPr>
                <w:sz w:val="24"/>
                <w:szCs w:val="28"/>
              </w:rPr>
              <w:t>1</w:t>
            </w:r>
          </w:p>
          <w:p w14:paraId="601DFF4F" w14:textId="77777777" w:rsidR="0017311C" w:rsidRPr="00353067" w:rsidRDefault="0017311C" w:rsidP="00FE10E8">
            <w:pPr>
              <w:rPr>
                <w:sz w:val="24"/>
                <w:szCs w:val="28"/>
              </w:rPr>
            </w:pPr>
            <w:r w:rsidRPr="00353067">
              <w:rPr>
                <w:sz w:val="24"/>
                <w:szCs w:val="28"/>
              </w:rPr>
              <w:t>2</w:t>
            </w:r>
          </w:p>
          <w:p w14:paraId="088A9E7B" w14:textId="218DF54C" w:rsidR="0017311C" w:rsidRPr="00353067" w:rsidRDefault="0017311C" w:rsidP="00FE10E8">
            <w:pPr>
              <w:rPr>
                <w:sz w:val="24"/>
                <w:szCs w:val="28"/>
              </w:rPr>
            </w:pPr>
            <w:r w:rsidRPr="00353067">
              <w:rPr>
                <w:sz w:val="24"/>
                <w:szCs w:val="28"/>
              </w:rPr>
              <w:t>3</w:t>
            </w:r>
          </w:p>
        </w:tc>
      </w:tr>
    </w:tbl>
    <w:p w14:paraId="58FCC5BF" w14:textId="77777777" w:rsidR="0017311C" w:rsidRPr="00353067" w:rsidRDefault="0017311C">
      <w:pPr>
        <w:rPr>
          <w:b/>
          <w:color w:val="68311F"/>
          <w:sz w:val="32"/>
          <w:szCs w:val="28"/>
        </w:rPr>
      </w:pPr>
    </w:p>
    <w:p w14:paraId="3E43C37A" w14:textId="3C27ED81" w:rsidR="00842165" w:rsidRPr="00353067" w:rsidRDefault="005F22B3">
      <w:pPr>
        <w:rPr>
          <w:sz w:val="24"/>
          <w:szCs w:val="28"/>
        </w:rPr>
      </w:pPr>
      <w:r w:rsidRPr="00353067">
        <w:rPr>
          <w:b/>
          <w:color w:val="68311F"/>
          <w:sz w:val="32"/>
          <w:szCs w:val="28"/>
        </w:rPr>
        <w:lastRenderedPageBreak/>
        <w:t>Task 6: Transport across membranes and osmosis</w:t>
      </w:r>
      <w:r w:rsidRPr="00353067">
        <w:rPr>
          <w:b/>
          <w:sz w:val="24"/>
          <w:szCs w:val="28"/>
        </w:rPr>
        <w:t xml:space="preserve">   [18 marks]</w:t>
      </w:r>
    </w:p>
    <w:p w14:paraId="48AEF45D" w14:textId="77777777" w:rsidR="00842165" w:rsidRPr="00353067" w:rsidRDefault="005F22B3">
      <w:pPr>
        <w:rPr>
          <w:sz w:val="24"/>
          <w:szCs w:val="28"/>
        </w:rPr>
      </w:pPr>
      <w:r w:rsidRPr="00353067">
        <w:rPr>
          <w:sz w:val="24"/>
          <w:szCs w:val="28"/>
        </w:rPr>
        <w:t>Define diffusion, osmosis, facilitated diffusion and active transport. Include whether energy is required and whether movement is down or against a concentration gradient.</w:t>
      </w:r>
    </w:p>
    <w:tbl>
      <w:tblPr>
        <w:tblStyle w:val="TableGrid"/>
        <w:tblW w:w="0" w:type="auto"/>
        <w:tblLook w:val="04A0" w:firstRow="1" w:lastRow="0" w:firstColumn="1" w:lastColumn="0" w:noHBand="0" w:noVBand="1"/>
      </w:tblPr>
      <w:tblGrid>
        <w:gridCol w:w="1317"/>
        <w:gridCol w:w="3939"/>
        <w:gridCol w:w="2520"/>
        <w:gridCol w:w="2520"/>
      </w:tblGrid>
      <w:tr w:rsidR="00842165" w:rsidRPr="00353067" w14:paraId="3DE66BD7" w14:textId="77777777" w:rsidTr="0017311C">
        <w:tc>
          <w:tcPr>
            <w:tcW w:w="1101" w:type="dxa"/>
            <w:shd w:val="clear" w:color="auto" w:fill="D9EAF7"/>
            <w:vAlign w:val="center"/>
          </w:tcPr>
          <w:p w14:paraId="7AE173D7" w14:textId="77777777" w:rsidR="00842165" w:rsidRPr="00353067" w:rsidRDefault="005F22B3">
            <w:pPr>
              <w:rPr>
                <w:sz w:val="24"/>
                <w:szCs w:val="36"/>
              </w:rPr>
            </w:pPr>
            <w:r w:rsidRPr="00353067">
              <w:rPr>
                <w:b/>
                <w:sz w:val="24"/>
                <w:szCs w:val="36"/>
              </w:rPr>
              <w:t>Process</w:t>
            </w:r>
          </w:p>
        </w:tc>
        <w:tc>
          <w:tcPr>
            <w:tcW w:w="3939" w:type="dxa"/>
            <w:shd w:val="clear" w:color="auto" w:fill="D9EAF7"/>
            <w:vAlign w:val="center"/>
          </w:tcPr>
          <w:p w14:paraId="3625FA10" w14:textId="77777777" w:rsidR="00842165" w:rsidRPr="00353067" w:rsidRDefault="005F22B3">
            <w:pPr>
              <w:rPr>
                <w:sz w:val="24"/>
                <w:szCs w:val="36"/>
              </w:rPr>
            </w:pPr>
            <w:r w:rsidRPr="00353067">
              <w:rPr>
                <w:b/>
                <w:sz w:val="24"/>
                <w:szCs w:val="36"/>
              </w:rPr>
              <w:t>Definition</w:t>
            </w:r>
          </w:p>
        </w:tc>
        <w:tc>
          <w:tcPr>
            <w:tcW w:w="2520" w:type="dxa"/>
            <w:shd w:val="clear" w:color="auto" w:fill="D9EAF7"/>
            <w:vAlign w:val="center"/>
          </w:tcPr>
          <w:p w14:paraId="69F7147F" w14:textId="77777777" w:rsidR="00842165" w:rsidRPr="00353067" w:rsidRDefault="005F22B3">
            <w:pPr>
              <w:rPr>
                <w:sz w:val="24"/>
                <w:szCs w:val="36"/>
              </w:rPr>
            </w:pPr>
            <w:r w:rsidRPr="00353067">
              <w:rPr>
                <w:b/>
                <w:sz w:val="24"/>
                <w:szCs w:val="36"/>
              </w:rPr>
              <w:t>Energy required?</w:t>
            </w:r>
          </w:p>
        </w:tc>
        <w:tc>
          <w:tcPr>
            <w:tcW w:w="2520" w:type="dxa"/>
            <w:shd w:val="clear" w:color="auto" w:fill="D9EAF7"/>
            <w:vAlign w:val="center"/>
          </w:tcPr>
          <w:p w14:paraId="46DA406D" w14:textId="77777777" w:rsidR="00842165" w:rsidRPr="00353067" w:rsidRDefault="005F22B3">
            <w:pPr>
              <w:rPr>
                <w:sz w:val="24"/>
                <w:szCs w:val="36"/>
              </w:rPr>
            </w:pPr>
            <w:r w:rsidRPr="00353067">
              <w:rPr>
                <w:b/>
                <w:sz w:val="24"/>
                <w:szCs w:val="36"/>
              </w:rPr>
              <w:t>Medical / biological example</w:t>
            </w:r>
          </w:p>
        </w:tc>
      </w:tr>
      <w:tr w:rsidR="00842165" w:rsidRPr="00353067" w14:paraId="007AD430" w14:textId="77777777" w:rsidTr="0017311C">
        <w:tc>
          <w:tcPr>
            <w:tcW w:w="1101" w:type="dxa"/>
            <w:vAlign w:val="center"/>
          </w:tcPr>
          <w:p w14:paraId="4BC3F391" w14:textId="77777777" w:rsidR="00842165" w:rsidRPr="00353067" w:rsidRDefault="005F22B3">
            <w:pPr>
              <w:rPr>
                <w:sz w:val="24"/>
                <w:szCs w:val="36"/>
              </w:rPr>
            </w:pPr>
            <w:r w:rsidRPr="00353067">
              <w:rPr>
                <w:sz w:val="24"/>
                <w:szCs w:val="36"/>
              </w:rPr>
              <w:t>Diffusion</w:t>
            </w:r>
          </w:p>
        </w:tc>
        <w:tc>
          <w:tcPr>
            <w:tcW w:w="3939" w:type="dxa"/>
            <w:vAlign w:val="center"/>
          </w:tcPr>
          <w:p w14:paraId="3763E10F" w14:textId="77777777" w:rsidR="00842165" w:rsidRPr="00353067" w:rsidRDefault="00842165">
            <w:pPr>
              <w:rPr>
                <w:sz w:val="24"/>
                <w:szCs w:val="36"/>
              </w:rPr>
            </w:pPr>
          </w:p>
        </w:tc>
        <w:tc>
          <w:tcPr>
            <w:tcW w:w="2520" w:type="dxa"/>
            <w:vAlign w:val="center"/>
          </w:tcPr>
          <w:p w14:paraId="0DBDDF0F" w14:textId="77777777" w:rsidR="00842165" w:rsidRPr="00353067" w:rsidRDefault="00842165">
            <w:pPr>
              <w:rPr>
                <w:sz w:val="24"/>
                <w:szCs w:val="36"/>
              </w:rPr>
            </w:pPr>
          </w:p>
        </w:tc>
        <w:tc>
          <w:tcPr>
            <w:tcW w:w="2520" w:type="dxa"/>
            <w:vAlign w:val="center"/>
          </w:tcPr>
          <w:p w14:paraId="4822F76C" w14:textId="77777777" w:rsidR="00842165" w:rsidRPr="00353067" w:rsidRDefault="00842165">
            <w:pPr>
              <w:rPr>
                <w:sz w:val="24"/>
                <w:szCs w:val="36"/>
              </w:rPr>
            </w:pPr>
          </w:p>
        </w:tc>
      </w:tr>
      <w:tr w:rsidR="00842165" w:rsidRPr="00353067" w14:paraId="7893A565" w14:textId="77777777" w:rsidTr="0017311C">
        <w:tc>
          <w:tcPr>
            <w:tcW w:w="1101" w:type="dxa"/>
            <w:vAlign w:val="center"/>
          </w:tcPr>
          <w:p w14:paraId="032AE2C6" w14:textId="77777777" w:rsidR="00842165" w:rsidRPr="00353067" w:rsidRDefault="005F22B3">
            <w:pPr>
              <w:rPr>
                <w:sz w:val="24"/>
                <w:szCs w:val="36"/>
              </w:rPr>
            </w:pPr>
            <w:r w:rsidRPr="00353067">
              <w:rPr>
                <w:sz w:val="24"/>
                <w:szCs w:val="36"/>
              </w:rPr>
              <w:t>Osmosis</w:t>
            </w:r>
          </w:p>
        </w:tc>
        <w:tc>
          <w:tcPr>
            <w:tcW w:w="3939" w:type="dxa"/>
            <w:vAlign w:val="center"/>
          </w:tcPr>
          <w:p w14:paraId="1F4A754A" w14:textId="77777777" w:rsidR="00842165" w:rsidRPr="00353067" w:rsidRDefault="00842165">
            <w:pPr>
              <w:rPr>
                <w:sz w:val="24"/>
                <w:szCs w:val="36"/>
              </w:rPr>
            </w:pPr>
          </w:p>
        </w:tc>
        <w:tc>
          <w:tcPr>
            <w:tcW w:w="2520" w:type="dxa"/>
            <w:vAlign w:val="center"/>
          </w:tcPr>
          <w:p w14:paraId="06824F12" w14:textId="77777777" w:rsidR="00842165" w:rsidRPr="00353067" w:rsidRDefault="00842165">
            <w:pPr>
              <w:rPr>
                <w:sz w:val="24"/>
                <w:szCs w:val="36"/>
              </w:rPr>
            </w:pPr>
          </w:p>
        </w:tc>
        <w:tc>
          <w:tcPr>
            <w:tcW w:w="2520" w:type="dxa"/>
            <w:vAlign w:val="center"/>
          </w:tcPr>
          <w:p w14:paraId="50200CB0" w14:textId="77777777" w:rsidR="00842165" w:rsidRPr="00353067" w:rsidRDefault="00842165">
            <w:pPr>
              <w:rPr>
                <w:sz w:val="24"/>
                <w:szCs w:val="36"/>
              </w:rPr>
            </w:pPr>
          </w:p>
        </w:tc>
      </w:tr>
      <w:tr w:rsidR="00842165" w:rsidRPr="00353067" w14:paraId="2836D49F" w14:textId="77777777" w:rsidTr="0017311C">
        <w:tc>
          <w:tcPr>
            <w:tcW w:w="1101" w:type="dxa"/>
            <w:vAlign w:val="center"/>
          </w:tcPr>
          <w:p w14:paraId="533D19F6" w14:textId="77777777" w:rsidR="00842165" w:rsidRPr="00353067" w:rsidRDefault="005F22B3">
            <w:pPr>
              <w:rPr>
                <w:sz w:val="24"/>
                <w:szCs w:val="36"/>
              </w:rPr>
            </w:pPr>
            <w:r w:rsidRPr="00353067">
              <w:rPr>
                <w:sz w:val="24"/>
                <w:szCs w:val="36"/>
              </w:rPr>
              <w:t>Facilitated diffusion</w:t>
            </w:r>
          </w:p>
        </w:tc>
        <w:tc>
          <w:tcPr>
            <w:tcW w:w="3939" w:type="dxa"/>
            <w:vAlign w:val="center"/>
          </w:tcPr>
          <w:p w14:paraId="6A19DF63" w14:textId="77777777" w:rsidR="00842165" w:rsidRPr="00353067" w:rsidRDefault="00842165">
            <w:pPr>
              <w:rPr>
                <w:sz w:val="24"/>
                <w:szCs w:val="36"/>
              </w:rPr>
            </w:pPr>
          </w:p>
        </w:tc>
        <w:tc>
          <w:tcPr>
            <w:tcW w:w="2520" w:type="dxa"/>
            <w:vAlign w:val="center"/>
          </w:tcPr>
          <w:p w14:paraId="7D9BBDD1" w14:textId="77777777" w:rsidR="00842165" w:rsidRPr="00353067" w:rsidRDefault="00842165">
            <w:pPr>
              <w:rPr>
                <w:sz w:val="24"/>
                <w:szCs w:val="36"/>
              </w:rPr>
            </w:pPr>
          </w:p>
        </w:tc>
        <w:tc>
          <w:tcPr>
            <w:tcW w:w="2520" w:type="dxa"/>
            <w:vAlign w:val="center"/>
          </w:tcPr>
          <w:p w14:paraId="5ACDE77F" w14:textId="77777777" w:rsidR="00842165" w:rsidRPr="00353067" w:rsidRDefault="00842165">
            <w:pPr>
              <w:rPr>
                <w:sz w:val="24"/>
                <w:szCs w:val="36"/>
              </w:rPr>
            </w:pPr>
          </w:p>
        </w:tc>
      </w:tr>
      <w:tr w:rsidR="00842165" w:rsidRPr="00353067" w14:paraId="7B49F8E7" w14:textId="77777777" w:rsidTr="0017311C">
        <w:tc>
          <w:tcPr>
            <w:tcW w:w="1101" w:type="dxa"/>
            <w:vAlign w:val="center"/>
          </w:tcPr>
          <w:p w14:paraId="5A87974D" w14:textId="77777777" w:rsidR="00842165" w:rsidRPr="00353067" w:rsidRDefault="005F22B3">
            <w:pPr>
              <w:rPr>
                <w:sz w:val="24"/>
                <w:szCs w:val="36"/>
              </w:rPr>
            </w:pPr>
            <w:r w:rsidRPr="00353067">
              <w:rPr>
                <w:sz w:val="24"/>
                <w:szCs w:val="36"/>
              </w:rPr>
              <w:t>Active transport</w:t>
            </w:r>
          </w:p>
        </w:tc>
        <w:tc>
          <w:tcPr>
            <w:tcW w:w="3939" w:type="dxa"/>
            <w:vAlign w:val="center"/>
          </w:tcPr>
          <w:p w14:paraId="1EC44003" w14:textId="77777777" w:rsidR="00842165" w:rsidRPr="00353067" w:rsidRDefault="00842165">
            <w:pPr>
              <w:rPr>
                <w:sz w:val="24"/>
                <w:szCs w:val="36"/>
              </w:rPr>
            </w:pPr>
          </w:p>
        </w:tc>
        <w:tc>
          <w:tcPr>
            <w:tcW w:w="2520" w:type="dxa"/>
            <w:vAlign w:val="center"/>
          </w:tcPr>
          <w:p w14:paraId="69D8812A" w14:textId="77777777" w:rsidR="00842165" w:rsidRPr="00353067" w:rsidRDefault="00842165">
            <w:pPr>
              <w:rPr>
                <w:sz w:val="24"/>
                <w:szCs w:val="36"/>
              </w:rPr>
            </w:pPr>
          </w:p>
        </w:tc>
        <w:tc>
          <w:tcPr>
            <w:tcW w:w="2520" w:type="dxa"/>
            <w:vAlign w:val="center"/>
          </w:tcPr>
          <w:p w14:paraId="31E00C70" w14:textId="77777777" w:rsidR="00842165" w:rsidRPr="00353067" w:rsidRDefault="00842165">
            <w:pPr>
              <w:rPr>
                <w:sz w:val="24"/>
                <w:szCs w:val="36"/>
              </w:rPr>
            </w:pPr>
          </w:p>
        </w:tc>
      </w:tr>
    </w:tbl>
    <w:p w14:paraId="376C27AF" w14:textId="77777777" w:rsidR="00BD5796" w:rsidRPr="00353067" w:rsidRDefault="00BD5796">
      <w:pPr>
        <w:rPr>
          <w:sz w:val="24"/>
          <w:szCs w:val="28"/>
        </w:rPr>
      </w:pPr>
    </w:p>
    <w:p w14:paraId="5FDEBC6A" w14:textId="063842ED" w:rsidR="00842165" w:rsidRPr="00353067" w:rsidRDefault="005F22B3">
      <w:pPr>
        <w:rPr>
          <w:sz w:val="24"/>
          <w:szCs w:val="28"/>
        </w:rPr>
      </w:pPr>
      <w:r w:rsidRPr="00353067">
        <w:rPr>
          <w:sz w:val="24"/>
          <w:szCs w:val="28"/>
        </w:rPr>
        <w:t xml:space="preserve">A student </w:t>
      </w:r>
      <w:proofErr w:type="gramStart"/>
      <w:r w:rsidRPr="00353067">
        <w:rPr>
          <w:sz w:val="24"/>
          <w:szCs w:val="28"/>
        </w:rPr>
        <w:t>places</w:t>
      </w:r>
      <w:proofErr w:type="gramEnd"/>
      <w:r w:rsidRPr="00353067">
        <w:rPr>
          <w:sz w:val="24"/>
          <w:szCs w:val="28"/>
        </w:rPr>
        <w:t xml:space="preserve"> de-shelled eggs into distilled water. Egg 3 has a starting mass of 56.0 g and a final mass of 61.6 g. Calculate the percentage change in mass. Show your working.</w:t>
      </w:r>
    </w:p>
    <w:p w14:paraId="57CDDB81"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F6ACCD7"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F4119F1"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F8CF11E"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D0AD912"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4368B30"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C5A1B15" w14:textId="77777777" w:rsidR="00BD5796" w:rsidRPr="00353067" w:rsidRDefault="00BD5796">
      <w:pPr>
        <w:rPr>
          <w:sz w:val="24"/>
          <w:szCs w:val="28"/>
        </w:rPr>
      </w:pPr>
    </w:p>
    <w:p w14:paraId="7916F2FE" w14:textId="511D4E85" w:rsidR="00842165" w:rsidRPr="00353067" w:rsidRDefault="005F22B3">
      <w:pPr>
        <w:rPr>
          <w:sz w:val="24"/>
          <w:szCs w:val="28"/>
        </w:rPr>
      </w:pPr>
      <w:r w:rsidRPr="00353067">
        <w:rPr>
          <w:sz w:val="24"/>
          <w:szCs w:val="28"/>
        </w:rPr>
        <w:t>Explain why water moves into the egg.</w:t>
      </w:r>
    </w:p>
    <w:p w14:paraId="4B868FD2"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4484DE6"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4E12587"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FCCED73" w14:textId="77777777" w:rsidR="00842165" w:rsidRPr="00353067" w:rsidRDefault="005F22B3">
      <w:pPr>
        <w:rPr>
          <w:sz w:val="24"/>
          <w:szCs w:val="28"/>
        </w:rPr>
      </w:pPr>
      <w:r w:rsidRPr="00353067">
        <w:rPr>
          <w:sz w:val="24"/>
          <w:szCs w:val="28"/>
        </w:rPr>
        <w:br w:type="page"/>
      </w:r>
    </w:p>
    <w:p w14:paraId="03BE293A" w14:textId="77777777" w:rsidR="00842165" w:rsidRPr="00353067" w:rsidRDefault="005F22B3">
      <w:pPr>
        <w:rPr>
          <w:sz w:val="24"/>
          <w:szCs w:val="28"/>
        </w:rPr>
      </w:pPr>
      <w:r w:rsidRPr="00353067">
        <w:rPr>
          <w:b/>
          <w:color w:val="68311F"/>
          <w:sz w:val="32"/>
          <w:szCs w:val="28"/>
        </w:rPr>
        <w:lastRenderedPageBreak/>
        <w:t>Task 7: Cell division, DNA and genetics</w:t>
      </w:r>
      <w:r w:rsidRPr="00353067">
        <w:rPr>
          <w:b/>
          <w:sz w:val="24"/>
          <w:szCs w:val="28"/>
        </w:rPr>
        <w:t xml:space="preserve">   [22 marks]</w:t>
      </w:r>
    </w:p>
    <w:p w14:paraId="31403E62" w14:textId="77777777" w:rsidR="00842165" w:rsidRPr="00353067" w:rsidRDefault="005F22B3">
      <w:pPr>
        <w:rPr>
          <w:sz w:val="24"/>
          <w:szCs w:val="28"/>
        </w:rPr>
      </w:pPr>
      <w:r w:rsidRPr="00353067">
        <w:rPr>
          <w:sz w:val="24"/>
          <w:szCs w:val="28"/>
        </w:rPr>
        <w:t>1. Explain the purpose of mitosis.</w:t>
      </w:r>
    </w:p>
    <w:p w14:paraId="074773D1"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B32C49C"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9AC04F7" w14:textId="28DD101E"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3C13216A" w14:textId="77777777" w:rsidR="00BD5796" w:rsidRPr="00353067" w:rsidRDefault="00BD5796" w:rsidP="00BD5796">
      <w:pPr>
        <w:spacing w:after="40"/>
        <w:rPr>
          <w:sz w:val="24"/>
          <w:szCs w:val="28"/>
        </w:rPr>
      </w:pPr>
    </w:p>
    <w:p w14:paraId="48DD5D1F" w14:textId="2C6995FE" w:rsidR="00842165" w:rsidRPr="00353067" w:rsidRDefault="005F22B3">
      <w:pPr>
        <w:rPr>
          <w:sz w:val="24"/>
          <w:szCs w:val="28"/>
        </w:rPr>
      </w:pPr>
      <w:r w:rsidRPr="00353067">
        <w:rPr>
          <w:sz w:val="24"/>
          <w:szCs w:val="28"/>
        </w:rPr>
        <w:t>2. Explain the purpose of meiosis.</w:t>
      </w:r>
    </w:p>
    <w:p w14:paraId="739DC5AC"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6B559B7"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63F6944"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35A770C3" w14:textId="77777777" w:rsidR="00BD5796" w:rsidRPr="00353067" w:rsidRDefault="00BD5796">
      <w:pPr>
        <w:rPr>
          <w:sz w:val="24"/>
          <w:szCs w:val="28"/>
        </w:rPr>
      </w:pPr>
    </w:p>
    <w:p w14:paraId="59841FFA" w14:textId="77777777" w:rsidR="00842165" w:rsidRPr="00353067" w:rsidRDefault="005F22B3">
      <w:pPr>
        <w:rPr>
          <w:sz w:val="24"/>
          <w:szCs w:val="28"/>
        </w:rPr>
      </w:pPr>
      <w:r w:rsidRPr="00353067">
        <w:rPr>
          <w:sz w:val="24"/>
          <w:szCs w:val="28"/>
        </w:rPr>
        <w:t>3. Compare mitosis and meiosis using chromosome number, number of divisions and genetic variation.</w:t>
      </w:r>
    </w:p>
    <w:p w14:paraId="183DCC9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15DDD3CF"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A136CB6"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FE2BB71" w14:textId="77777777" w:rsidR="00BD5796" w:rsidRPr="00353067" w:rsidRDefault="00BD5796">
      <w:pPr>
        <w:rPr>
          <w:sz w:val="24"/>
          <w:szCs w:val="28"/>
        </w:rPr>
      </w:pPr>
    </w:p>
    <w:p w14:paraId="0AAF62DE" w14:textId="79B640D9" w:rsidR="00842165" w:rsidRPr="00353067" w:rsidRDefault="005F22B3">
      <w:pPr>
        <w:rPr>
          <w:sz w:val="24"/>
          <w:szCs w:val="28"/>
        </w:rPr>
      </w:pPr>
      <w:r w:rsidRPr="00353067">
        <w:rPr>
          <w:sz w:val="24"/>
          <w:szCs w:val="28"/>
        </w:rPr>
        <w:t>4. Name the structures in the nucleus that contain DNA.</w:t>
      </w:r>
    </w:p>
    <w:p w14:paraId="10C2C54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1B166825"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5A60DE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339C5DAF" w14:textId="77777777" w:rsidR="00BD5796" w:rsidRPr="00353067" w:rsidRDefault="00BD5796">
      <w:pPr>
        <w:rPr>
          <w:sz w:val="24"/>
          <w:szCs w:val="28"/>
        </w:rPr>
      </w:pPr>
    </w:p>
    <w:p w14:paraId="2DFD464B" w14:textId="563E6B04" w:rsidR="00842165" w:rsidRPr="00353067" w:rsidRDefault="005F22B3">
      <w:pPr>
        <w:rPr>
          <w:sz w:val="24"/>
          <w:szCs w:val="28"/>
        </w:rPr>
      </w:pPr>
      <w:r w:rsidRPr="00353067">
        <w:rPr>
          <w:sz w:val="24"/>
          <w:szCs w:val="28"/>
        </w:rPr>
        <w:t>5. Describe the structure of DNA using the terms double helix, nucleotide, base, sugar and phosphate.</w:t>
      </w:r>
    </w:p>
    <w:p w14:paraId="2E117E7E"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02E816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3269618"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834F237" w14:textId="77777777" w:rsidR="00BD5796" w:rsidRPr="00353067" w:rsidRDefault="00BD5796">
      <w:pPr>
        <w:rPr>
          <w:sz w:val="24"/>
          <w:szCs w:val="28"/>
        </w:rPr>
      </w:pPr>
    </w:p>
    <w:p w14:paraId="7217765B" w14:textId="0E6F8B05" w:rsidR="00842165" w:rsidRPr="00353067" w:rsidRDefault="005F22B3">
      <w:pPr>
        <w:rPr>
          <w:sz w:val="24"/>
          <w:szCs w:val="28"/>
        </w:rPr>
      </w:pPr>
      <w:r w:rsidRPr="00353067">
        <w:rPr>
          <w:sz w:val="24"/>
          <w:szCs w:val="28"/>
        </w:rPr>
        <w:t xml:space="preserve">6. Explain how DNA codes </w:t>
      </w:r>
      <w:proofErr w:type="gramStart"/>
      <w:r w:rsidRPr="00353067">
        <w:rPr>
          <w:sz w:val="24"/>
          <w:szCs w:val="28"/>
        </w:rPr>
        <w:t>for the production of</w:t>
      </w:r>
      <w:proofErr w:type="gramEnd"/>
      <w:r w:rsidRPr="00353067">
        <w:rPr>
          <w:sz w:val="24"/>
          <w:szCs w:val="28"/>
        </w:rPr>
        <w:t xml:space="preserve"> proteins.</w:t>
      </w:r>
    </w:p>
    <w:p w14:paraId="00F62EA9"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F68C6D6"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1A0EE7A"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5E9BD5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3310EE7F"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B0D0DE7" w14:textId="3A58FC8C" w:rsidR="00842165" w:rsidRPr="00353067" w:rsidRDefault="005F22B3">
      <w:pPr>
        <w:rPr>
          <w:sz w:val="24"/>
          <w:szCs w:val="28"/>
        </w:rPr>
      </w:pPr>
      <w:r w:rsidRPr="00353067">
        <w:rPr>
          <w:b/>
          <w:color w:val="68311F"/>
          <w:sz w:val="32"/>
          <w:szCs w:val="28"/>
        </w:rPr>
        <w:lastRenderedPageBreak/>
        <w:t>Task 8: Circulation, capillaries and gas exchange</w:t>
      </w:r>
      <w:r w:rsidRPr="00353067">
        <w:rPr>
          <w:b/>
          <w:sz w:val="24"/>
          <w:szCs w:val="28"/>
        </w:rPr>
        <w:t xml:space="preserve">   [20 marks]</w:t>
      </w:r>
    </w:p>
    <w:p w14:paraId="6EDB4F53" w14:textId="77777777" w:rsidR="00842165" w:rsidRPr="00353067" w:rsidRDefault="005F22B3">
      <w:pPr>
        <w:rPr>
          <w:sz w:val="24"/>
          <w:szCs w:val="28"/>
        </w:rPr>
      </w:pPr>
      <w:r w:rsidRPr="00353067">
        <w:rPr>
          <w:sz w:val="24"/>
          <w:szCs w:val="28"/>
        </w:rPr>
        <w:t>Use GCSE knowledge of the circulatory and respiratory systems to answer the questions below. At Level 3 you will apply this knowledge to human physiology and pathology.</w:t>
      </w:r>
    </w:p>
    <w:p w14:paraId="6E7F1F75" w14:textId="77777777" w:rsidR="00842165" w:rsidRPr="00353067" w:rsidRDefault="005F22B3">
      <w:pPr>
        <w:rPr>
          <w:sz w:val="24"/>
          <w:szCs w:val="28"/>
        </w:rPr>
      </w:pPr>
      <w:r w:rsidRPr="00353067">
        <w:rPr>
          <w:sz w:val="24"/>
          <w:szCs w:val="28"/>
        </w:rPr>
        <w:t>1. Explain what is meant by a double circulatory system.</w:t>
      </w:r>
    </w:p>
    <w:p w14:paraId="43FC67ED"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52BC3D7"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3B04F9A7"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CCF9E64" w14:textId="77777777" w:rsidR="00BD5796" w:rsidRPr="00353067" w:rsidRDefault="00BD5796">
      <w:pPr>
        <w:rPr>
          <w:sz w:val="24"/>
          <w:szCs w:val="28"/>
        </w:rPr>
      </w:pPr>
    </w:p>
    <w:p w14:paraId="3720C3E6" w14:textId="5A8A0ADD" w:rsidR="00842165" w:rsidRPr="00353067" w:rsidRDefault="005F22B3">
      <w:pPr>
        <w:rPr>
          <w:sz w:val="24"/>
          <w:szCs w:val="28"/>
        </w:rPr>
      </w:pPr>
      <w:r w:rsidRPr="00353067">
        <w:rPr>
          <w:sz w:val="24"/>
          <w:szCs w:val="28"/>
        </w:rPr>
        <w:t>2. Describe how alveoli are adapted for efficient gas exchange.</w:t>
      </w:r>
    </w:p>
    <w:p w14:paraId="0A32B58C"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66B758E"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3899D2D"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28E5A7F" w14:textId="77777777" w:rsidR="00BD5796" w:rsidRPr="00353067" w:rsidRDefault="00BD5796">
      <w:pPr>
        <w:rPr>
          <w:sz w:val="24"/>
          <w:szCs w:val="28"/>
        </w:rPr>
      </w:pPr>
    </w:p>
    <w:p w14:paraId="5809D886" w14:textId="48EA60BF" w:rsidR="00842165" w:rsidRPr="00353067" w:rsidRDefault="005F22B3">
      <w:pPr>
        <w:rPr>
          <w:sz w:val="24"/>
          <w:szCs w:val="28"/>
        </w:rPr>
      </w:pPr>
      <w:r w:rsidRPr="00353067">
        <w:rPr>
          <w:sz w:val="24"/>
          <w:szCs w:val="28"/>
        </w:rPr>
        <w:t>3. Give three functions of capillaries.</w:t>
      </w:r>
    </w:p>
    <w:p w14:paraId="6BFA1EED"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5816BA5"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10B9B65"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2E1991C" w14:textId="77777777" w:rsidR="00BD5796" w:rsidRPr="00353067" w:rsidRDefault="00BD5796">
      <w:pPr>
        <w:rPr>
          <w:sz w:val="24"/>
          <w:szCs w:val="28"/>
        </w:rPr>
      </w:pPr>
    </w:p>
    <w:p w14:paraId="5E288635" w14:textId="015FCA54" w:rsidR="00842165" w:rsidRPr="00353067" w:rsidRDefault="005F22B3">
      <w:pPr>
        <w:rPr>
          <w:sz w:val="24"/>
          <w:szCs w:val="28"/>
        </w:rPr>
      </w:pPr>
      <w:r w:rsidRPr="00353067">
        <w:rPr>
          <w:sz w:val="24"/>
          <w:szCs w:val="28"/>
        </w:rPr>
        <w:t>4. The total cross-sectional area of arteries is 300 cm</w:t>
      </w:r>
      <w:r w:rsidRPr="00353067">
        <w:rPr>
          <w:sz w:val="24"/>
          <w:szCs w:val="28"/>
          <w:vertAlign w:val="superscript"/>
        </w:rPr>
        <w:t>2</w:t>
      </w:r>
      <w:r w:rsidRPr="00353067">
        <w:rPr>
          <w:sz w:val="24"/>
          <w:szCs w:val="28"/>
        </w:rPr>
        <w:t>. The total cross-sectional area of capillaries is 5000 cm</w:t>
      </w:r>
      <w:r w:rsidRPr="00353067">
        <w:rPr>
          <w:sz w:val="24"/>
          <w:szCs w:val="28"/>
          <w:vertAlign w:val="superscript"/>
        </w:rPr>
        <w:t>2</w:t>
      </w:r>
      <w:r w:rsidRPr="00353067">
        <w:rPr>
          <w:sz w:val="24"/>
          <w:szCs w:val="28"/>
        </w:rPr>
        <w:t>. Calculate the percentage increase.</w:t>
      </w:r>
    </w:p>
    <w:p w14:paraId="31C2FCCD"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20690254"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78B1509"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1FDE6485" w14:textId="77777777" w:rsidR="00BD5796" w:rsidRPr="00353067" w:rsidRDefault="00BD5796">
      <w:pPr>
        <w:rPr>
          <w:sz w:val="24"/>
          <w:szCs w:val="28"/>
        </w:rPr>
      </w:pPr>
    </w:p>
    <w:p w14:paraId="55F6059F" w14:textId="35552E4F" w:rsidR="00842165" w:rsidRPr="00353067" w:rsidRDefault="005F22B3">
      <w:pPr>
        <w:rPr>
          <w:sz w:val="24"/>
          <w:szCs w:val="28"/>
        </w:rPr>
      </w:pPr>
      <w:r w:rsidRPr="00353067">
        <w:rPr>
          <w:sz w:val="24"/>
          <w:szCs w:val="28"/>
        </w:rPr>
        <w:t>5. Explain why a low oxygen concentration can cause problems for aerobic respiration in tissues.</w:t>
      </w:r>
    </w:p>
    <w:p w14:paraId="247D0490"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B24C11B"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C111CDF"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3D308AE" w14:textId="77777777" w:rsidR="00842165" w:rsidRPr="00353067" w:rsidRDefault="005F22B3">
      <w:pPr>
        <w:rPr>
          <w:sz w:val="24"/>
          <w:szCs w:val="28"/>
        </w:rPr>
      </w:pPr>
      <w:r w:rsidRPr="00353067">
        <w:rPr>
          <w:sz w:val="24"/>
          <w:szCs w:val="28"/>
        </w:rPr>
        <w:br w:type="page"/>
      </w:r>
    </w:p>
    <w:p w14:paraId="3200E9F5" w14:textId="77777777" w:rsidR="00842165" w:rsidRPr="00353067" w:rsidRDefault="005F22B3">
      <w:pPr>
        <w:rPr>
          <w:sz w:val="24"/>
          <w:szCs w:val="28"/>
        </w:rPr>
      </w:pPr>
      <w:r w:rsidRPr="00353067">
        <w:rPr>
          <w:b/>
          <w:color w:val="68311F"/>
          <w:sz w:val="32"/>
          <w:szCs w:val="28"/>
        </w:rPr>
        <w:lastRenderedPageBreak/>
        <w:t>Task 9: Health issue article analysis</w:t>
      </w:r>
      <w:r w:rsidRPr="00353067">
        <w:rPr>
          <w:b/>
          <w:sz w:val="24"/>
          <w:szCs w:val="28"/>
        </w:rPr>
        <w:t xml:space="preserve">   [20 marks]</w:t>
      </w:r>
    </w:p>
    <w:p w14:paraId="681C214F" w14:textId="77777777" w:rsidR="00842165" w:rsidRPr="00353067" w:rsidRDefault="005F22B3">
      <w:pPr>
        <w:rPr>
          <w:sz w:val="24"/>
          <w:szCs w:val="28"/>
        </w:rPr>
      </w:pPr>
      <w:r w:rsidRPr="00353067">
        <w:rPr>
          <w:sz w:val="24"/>
          <w:szCs w:val="28"/>
        </w:rPr>
        <w:t>Find a recent article about a health issue, diagnostic technique, genetic condition, infectious disease or medical treatment. Suitable sources include NHS, WHO, BBC Health, New Scientist, university research pages or a peer-reviewed journal summary.</w:t>
      </w:r>
    </w:p>
    <w:tbl>
      <w:tblPr>
        <w:tblStyle w:val="TableGrid"/>
        <w:tblW w:w="0" w:type="auto"/>
        <w:tblLook w:val="04A0" w:firstRow="1" w:lastRow="0" w:firstColumn="1" w:lastColumn="0" w:noHBand="0" w:noVBand="1"/>
      </w:tblPr>
      <w:tblGrid>
        <w:gridCol w:w="2235"/>
        <w:gridCol w:w="7845"/>
      </w:tblGrid>
      <w:tr w:rsidR="00842165" w:rsidRPr="00353067" w14:paraId="62253142" w14:textId="77777777" w:rsidTr="00BD5796">
        <w:tc>
          <w:tcPr>
            <w:tcW w:w="2235" w:type="dxa"/>
            <w:shd w:val="clear" w:color="auto" w:fill="D9EAF7"/>
            <w:vAlign w:val="center"/>
          </w:tcPr>
          <w:p w14:paraId="1A36D494" w14:textId="77777777" w:rsidR="00842165" w:rsidRPr="00353067" w:rsidRDefault="005F22B3">
            <w:pPr>
              <w:rPr>
                <w:sz w:val="24"/>
                <w:szCs w:val="28"/>
              </w:rPr>
            </w:pPr>
            <w:r w:rsidRPr="00353067">
              <w:rPr>
                <w:b/>
                <w:szCs w:val="28"/>
              </w:rPr>
              <w:t>Prompt</w:t>
            </w:r>
          </w:p>
        </w:tc>
        <w:tc>
          <w:tcPr>
            <w:tcW w:w="7845" w:type="dxa"/>
            <w:shd w:val="clear" w:color="auto" w:fill="D9EAF7"/>
            <w:vAlign w:val="center"/>
          </w:tcPr>
          <w:p w14:paraId="4485F56D" w14:textId="77777777" w:rsidR="00842165" w:rsidRPr="00353067" w:rsidRDefault="005F22B3">
            <w:pPr>
              <w:rPr>
                <w:sz w:val="24"/>
                <w:szCs w:val="28"/>
              </w:rPr>
            </w:pPr>
            <w:r w:rsidRPr="00353067">
              <w:rPr>
                <w:b/>
                <w:szCs w:val="28"/>
              </w:rPr>
              <w:t>Your response</w:t>
            </w:r>
          </w:p>
        </w:tc>
      </w:tr>
      <w:tr w:rsidR="00842165" w:rsidRPr="00353067" w14:paraId="1F562005" w14:textId="77777777" w:rsidTr="00BD5796">
        <w:tc>
          <w:tcPr>
            <w:tcW w:w="2235" w:type="dxa"/>
            <w:vAlign w:val="center"/>
          </w:tcPr>
          <w:p w14:paraId="47DFA8F0" w14:textId="77777777" w:rsidR="00842165" w:rsidRPr="00353067" w:rsidRDefault="005F22B3">
            <w:pPr>
              <w:rPr>
                <w:sz w:val="24"/>
                <w:szCs w:val="28"/>
              </w:rPr>
            </w:pPr>
            <w:r w:rsidRPr="00353067">
              <w:rPr>
                <w:szCs w:val="28"/>
              </w:rPr>
              <w:t>Article title and source</w:t>
            </w:r>
          </w:p>
        </w:tc>
        <w:tc>
          <w:tcPr>
            <w:tcW w:w="7845" w:type="dxa"/>
            <w:vAlign w:val="center"/>
          </w:tcPr>
          <w:p w14:paraId="69482F66" w14:textId="77777777" w:rsidR="00842165" w:rsidRPr="00353067" w:rsidRDefault="00842165">
            <w:pPr>
              <w:rPr>
                <w:sz w:val="24"/>
                <w:szCs w:val="28"/>
              </w:rPr>
            </w:pPr>
          </w:p>
          <w:p w14:paraId="6A60D19B" w14:textId="77777777" w:rsidR="00BD5796" w:rsidRPr="00353067" w:rsidRDefault="00BD5796">
            <w:pPr>
              <w:rPr>
                <w:sz w:val="24"/>
                <w:szCs w:val="28"/>
              </w:rPr>
            </w:pPr>
          </w:p>
        </w:tc>
      </w:tr>
      <w:tr w:rsidR="00842165" w:rsidRPr="00353067" w14:paraId="2CE404E2" w14:textId="77777777" w:rsidTr="00BD5796">
        <w:tc>
          <w:tcPr>
            <w:tcW w:w="2235" w:type="dxa"/>
            <w:vAlign w:val="center"/>
          </w:tcPr>
          <w:p w14:paraId="46172B32" w14:textId="77777777" w:rsidR="00842165" w:rsidRPr="00353067" w:rsidRDefault="005F22B3">
            <w:pPr>
              <w:rPr>
                <w:sz w:val="24"/>
                <w:szCs w:val="28"/>
              </w:rPr>
            </w:pPr>
            <w:r w:rsidRPr="00353067">
              <w:rPr>
                <w:szCs w:val="28"/>
              </w:rPr>
              <w:t>Date published</w:t>
            </w:r>
          </w:p>
        </w:tc>
        <w:tc>
          <w:tcPr>
            <w:tcW w:w="7845" w:type="dxa"/>
            <w:vAlign w:val="center"/>
          </w:tcPr>
          <w:p w14:paraId="01E0ECAB" w14:textId="77777777" w:rsidR="00842165" w:rsidRPr="00353067" w:rsidRDefault="00842165">
            <w:pPr>
              <w:rPr>
                <w:sz w:val="24"/>
                <w:szCs w:val="28"/>
              </w:rPr>
            </w:pPr>
          </w:p>
        </w:tc>
      </w:tr>
      <w:tr w:rsidR="00842165" w:rsidRPr="00353067" w14:paraId="15BDBCE5" w14:textId="77777777" w:rsidTr="00BD5796">
        <w:tc>
          <w:tcPr>
            <w:tcW w:w="2235" w:type="dxa"/>
            <w:vAlign w:val="center"/>
          </w:tcPr>
          <w:p w14:paraId="429C24C0" w14:textId="77777777" w:rsidR="00842165" w:rsidRPr="00353067" w:rsidRDefault="005F22B3">
            <w:pPr>
              <w:rPr>
                <w:sz w:val="24"/>
                <w:szCs w:val="28"/>
              </w:rPr>
            </w:pPr>
            <w:r w:rsidRPr="00353067">
              <w:rPr>
                <w:szCs w:val="28"/>
              </w:rPr>
              <w:t>What is the health issue or medical development?</w:t>
            </w:r>
          </w:p>
        </w:tc>
        <w:tc>
          <w:tcPr>
            <w:tcW w:w="7845" w:type="dxa"/>
            <w:vAlign w:val="center"/>
          </w:tcPr>
          <w:p w14:paraId="548BC97A" w14:textId="77777777" w:rsidR="00842165" w:rsidRPr="00353067" w:rsidRDefault="00842165">
            <w:pPr>
              <w:rPr>
                <w:sz w:val="24"/>
                <w:szCs w:val="28"/>
              </w:rPr>
            </w:pPr>
          </w:p>
          <w:p w14:paraId="2414F938" w14:textId="77777777" w:rsidR="00BD5796" w:rsidRPr="00353067" w:rsidRDefault="00BD5796">
            <w:pPr>
              <w:rPr>
                <w:sz w:val="24"/>
                <w:szCs w:val="28"/>
              </w:rPr>
            </w:pPr>
          </w:p>
          <w:p w14:paraId="2A25594C" w14:textId="77777777" w:rsidR="00BD5796" w:rsidRPr="00353067" w:rsidRDefault="00BD5796">
            <w:pPr>
              <w:rPr>
                <w:sz w:val="24"/>
                <w:szCs w:val="28"/>
              </w:rPr>
            </w:pPr>
          </w:p>
          <w:p w14:paraId="199DFE82" w14:textId="77777777" w:rsidR="00BD5796" w:rsidRPr="00353067" w:rsidRDefault="00BD5796">
            <w:pPr>
              <w:rPr>
                <w:sz w:val="24"/>
                <w:szCs w:val="28"/>
              </w:rPr>
            </w:pPr>
          </w:p>
          <w:p w14:paraId="02B7529D" w14:textId="77777777" w:rsidR="00BD5796" w:rsidRPr="00353067" w:rsidRDefault="00BD5796">
            <w:pPr>
              <w:rPr>
                <w:sz w:val="24"/>
                <w:szCs w:val="28"/>
              </w:rPr>
            </w:pPr>
          </w:p>
          <w:p w14:paraId="016A0FBB" w14:textId="77777777" w:rsidR="00BD5796" w:rsidRPr="00353067" w:rsidRDefault="00BD5796">
            <w:pPr>
              <w:rPr>
                <w:sz w:val="24"/>
                <w:szCs w:val="28"/>
              </w:rPr>
            </w:pPr>
          </w:p>
          <w:p w14:paraId="7B3AB1A3" w14:textId="77777777" w:rsidR="00BD5796" w:rsidRPr="00353067" w:rsidRDefault="00BD5796">
            <w:pPr>
              <w:rPr>
                <w:sz w:val="24"/>
                <w:szCs w:val="28"/>
              </w:rPr>
            </w:pPr>
          </w:p>
        </w:tc>
      </w:tr>
      <w:tr w:rsidR="00842165" w:rsidRPr="00353067" w14:paraId="138CCE62" w14:textId="77777777" w:rsidTr="00BD5796">
        <w:tc>
          <w:tcPr>
            <w:tcW w:w="2235" w:type="dxa"/>
            <w:vAlign w:val="center"/>
          </w:tcPr>
          <w:p w14:paraId="2B044847" w14:textId="77777777" w:rsidR="00842165" w:rsidRPr="00353067" w:rsidRDefault="005F22B3">
            <w:pPr>
              <w:rPr>
                <w:sz w:val="24"/>
                <w:szCs w:val="28"/>
              </w:rPr>
            </w:pPr>
            <w:r w:rsidRPr="00353067">
              <w:rPr>
                <w:szCs w:val="28"/>
              </w:rPr>
              <w:t>What biological knowledge does the article rely on?</w:t>
            </w:r>
          </w:p>
        </w:tc>
        <w:tc>
          <w:tcPr>
            <w:tcW w:w="7845" w:type="dxa"/>
            <w:vAlign w:val="center"/>
          </w:tcPr>
          <w:p w14:paraId="2D43C6AA" w14:textId="77777777" w:rsidR="00842165" w:rsidRPr="00353067" w:rsidRDefault="00842165">
            <w:pPr>
              <w:rPr>
                <w:sz w:val="24"/>
                <w:szCs w:val="28"/>
              </w:rPr>
            </w:pPr>
          </w:p>
          <w:p w14:paraId="75BADCC5" w14:textId="77777777" w:rsidR="00BD5796" w:rsidRPr="00353067" w:rsidRDefault="00BD5796">
            <w:pPr>
              <w:rPr>
                <w:sz w:val="24"/>
                <w:szCs w:val="28"/>
              </w:rPr>
            </w:pPr>
          </w:p>
          <w:p w14:paraId="4E24CADA" w14:textId="77777777" w:rsidR="00BD5796" w:rsidRPr="00353067" w:rsidRDefault="00BD5796">
            <w:pPr>
              <w:rPr>
                <w:sz w:val="24"/>
                <w:szCs w:val="28"/>
              </w:rPr>
            </w:pPr>
          </w:p>
          <w:p w14:paraId="776569E9" w14:textId="77777777" w:rsidR="00BD5796" w:rsidRPr="00353067" w:rsidRDefault="00BD5796">
            <w:pPr>
              <w:rPr>
                <w:sz w:val="24"/>
                <w:szCs w:val="28"/>
              </w:rPr>
            </w:pPr>
          </w:p>
          <w:p w14:paraId="0C75C995" w14:textId="77777777" w:rsidR="00BD5796" w:rsidRPr="00353067" w:rsidRDefault="00BD5796">
            <w:pPr>
              <w:rPr>
                <w:sz w:val="24"/>
                <w:szCs w:val="28"/>
              </w:rPr>
            </w:pPr>
          </w:p>
          <w:p w14:paraId="1EED275D" w14:textId="77777777" w:rsidR="00BD5796" w:rsidRPr="00353067" w:rsidRDefault="00BD5796">
            <w:pPr>
              <w:rPr>
                <w:sz w:val="24"/>
                <w:szCs w:val="28"/>
              </w:rPr>
            </w:pPr>
          </w:p>
          <w:p w14:paraId="605EE1B7" w14:textId="77777777" w:rsidR="00BD5796" w:rsidRPr="00353067" w:rsidRDefault="00BD5796">
            <w:pPr>
              <w:rPr>
                <w:sz w:val="24"/>
                <w:szCs w:val="28"/>
              </w:rPr>
            </w:pPr>
          </w:p>
          <w:p w14:paraId="0B551476" w14:textId="77777777" w:rsidR="00BD5796" w:rsidRPr="00353067" w:rsidRDefault="00BD5796">
            <w:pPr>
              <w:rPr>
                <w:sz w:val="24"/>
                <w:szCs w:val="28"/>
              </w:rPr>
            </w:pPr>
          </w:p>
          <w:p w14:paraId="5FC17CBA" w14:textId="77777777" w:rsidR="00BD5796" w:rsidRPr="00353067" w:rsidRDefault="00BD5796">
            <w:pPr>
              <w:rPr>
                <w:sz w:val="24"/>
                <w:szCs w:val="28"/>
              </w:rPr>
            </w:pPr>
          </w:p>
          <w:p w14:paraId="5E559047" w14:textId="77777777" w:rsidR="00BD5796" w:rsidRPr="00353067" w:rsidRDefault="00BD5796">
            <w:pPr>
              <w:rPr>
                <w:sz w:val="24"/>
                <w:szCs w:val="28"/>
              </w:rPr>
            </w:pPr>
          </w:p>
        </w:tc>
      </w:tr>
      <w:tr w:rsidR="00842165" w:rsidRPr="00353067" w14:paraId="6E14F1CA" w14:textId="77777777" w:rsidTr="00BD5796">
        <w:tc>
          <w:tcPr>
            <w:tcW w:w="2235" w:type="dxa"/>
            <w:vAlign w:val="center"/>
          </w:tcPr>
          <w:p w14:paraId="1BD6503C" w14:textId="77777777" w:rsidR="00842165" w:rsidRPr="00353067" w:rsidRDefault="005F22B3">
            <w:pPr>
              <w:rPr>
                <w:sz w:val="24"/>
                <w:szCs w:val="28"/>
              </w:rPr>
            </w:pPr>
            <w:r w:rsidRPr="00353067">
              <w:rPr>
                <w:szCs w:val="28"/>
              </w:rPr>
              <w:t>What evidence or data is used?</w:t>
            </w:r>
          </w:p>
        </w:tc>
        <w:tc>
          <w:tcPr>
            <w:tcW w:w="7845" w:type="dxa"/>
            <w:vAlign w:val="center"/>
          </w:tcPr>
          <w:p w14:paraId="1385D445" w14:textId="77777777" w:rsidR="00842165" w:rsidRPr="00353067" w:rsidRDefault="00842165">
            <w:pPr>
              <w:rPr>
                <w:sz w:val="24"/>
                <w:szCs w:val="28"/>
              </w:rPr>
            </w:pPr>
          </w:p>
          <w:p w14:paraId="2F4B315D" w14:textId="77777777" w:rsidR="00BD5796" w:rsidRPr="00353067" w:rsidRDefault="00BD5796">
            <w:pPr>
              <w:rPr>
                <w:sz w:val="24"/>
                <w:szCs w:val="28"/>
              </w:rPr>
            </w:pPr>
          </w:p>
          <w:p w14:paraId="1EA7CF6F" w14:textId="77777777" w:rsidR="00BD5796" w:rsidRPr="00353067" w:rsidRDefault="00BD5796">
            <w:pPr>
              <w:rPr>
                <w:sz w:val="24"/>
                <w:szCs w:val="28"/>
              </w:rPr>
            </w:pPr>
          </w:p>
          <w:p w14:paraId="3775E197" w14:textId="77777777" w:rsidR="00BD5796" w:rsidRPr="00353067" w:rsidRDefault="00BD5796">
            <w:pPr>
              <w:rPr>
                <w:sz w:val="24"/>
                <w:szCs w:val="28"/>
              </w:rPr>
            </w:pPr>
          </w:p>
          <w:p w14:paraId="19A20B3F" w14:textId="77777777" w:rsidR="00BD5796" w:rsidRPr="00353067" w:rsidRDefault="00BD5796">
            <w:pPr>
              <w:rPr>
                <w:sz w:val="24"/>
                <w:szCs w:val="28"/>
              </w:rPr>
            </w:pPr>
          </w:p>
          <w:p w14:paraId="34C5E237" w14:textId="77777777" w:rsidR="00BD5796" w:rsidRPr="00353067" w:rsidRDefault="00BD5796">
            <w:pPr>
              <w:rPr>
                <w:sz w:val="24"/>
                <w:szCs w:val="28"/>
              </w:rPr>
            </w:pPr>
          </w:p>
          <w:p w14:paraId="35AF3709" w14:textId="77777777" w:rsidR="00BD5796" w:rsidRPr="00353067" w:rsidRDefault="00BD5796">
            <w:pPr>
              <w:rPr>
                <w:sz w:val="24"/>
                <w:szCs w:val="28"/>
              </w:rPr>
            </w:pPr>
          </w:p>
          <w:p w14:paraId="07D0BDFB" w14:textId="77777777" w:rsidR="00BD5796" w:rsidRPr="00353067" w:rsidRDefault="00BD5796">
            <w:pPr>
              <w:rPr>
                <w:sz w:val="24"/>
                <w:szCs w:val="28"/>
              </w:rPr>
            </w:pPr>
          </w:p>
        </w:tc>
      </w:tr>
      <w:tr w:rsidR="00842165" w:rsidRPr="00353067" w14:paraId="37A31E7B" w14:textId="77777777" w:rsidTr="00BD5796">
        <w:tc>
          <w:tcPr>
            <w:tcW w:w="2235" w:type="dxa"/>
            <w:vAlign w:val="center"/>
          </w:tcPr>
          <w:p w14:paraId="348CC7A6" w14:textId="77777777" w:rsidR="00842165" w:rsidRPr="00353067" w:rsidRDefault="005F22B3">
            <w:pPr>
              <w:rPr>
                <w:sz w:val="24"/>
                <w:szCs w:val="28"/>
              </w:rPr>
            </w:pPr>
            <w:r w:rsidRPr="00353067">
              <w:rPr>
                <w:szCs w:val="28"/>
              </w:rPr>
              <w:t>How reliable is the source? Explain.</w:t>
            </w:r>
          </w:p>
        </w:tc>
        <w:tc>
          <w:tcPr>
            <w:tcW w:w="7845" w:type="dxa"/>
            <w:vAlign w:val="center"/>
          </w:tcPr>
          <w:p w14:paraId="2E30298F" w14:textId="77777777" w:rsidR="00842165" w:rsidRPr="00353067" w:rsidRDefault="00842165">
            <w:pPr>
              <w:rPr>
                <w:sz w:val="24"/>
                <w:szCs w:val="28"/>
              </w:rPr>
            </w:pPr>
          </w:p>
          <w:p w14:paraId="75919AD0" w14:textId="77777777" w:rsidR="00BD5796" w:rsidRPr="00353067" w:rsidRDefault="00BD5796">
            <w:pPr>
              <w:rPr>
                <w:sz w:val="24"/>
                <w:szCs w:val="28"/>
              </w:rPr>
            </w:pPr>
          </w:p>
          <w:p w14:paraId="13D6926B" w14:textId="77777777" w:rsidR="00BD5796" w:rsidRPr="00353067" w:rsidRDefault="00BD5796">
            <w:pPr>
              <w:rPr>
                <w:sz w:val="24"/>
                <w:szCs w:val="28"/>
              </w:rPr>
            </w:pPr>
          </w:p>
          <w:p w14:paraId="395A1F75" w14:textId="77777777" w:rsidR="00BD5796" w:rsidRPr="00353067" w:rsidRDefault="00BD5796">
            <w:pPr>
              <w:rPr>
                <w:sz w:val="24"/>
                <w:szCs w:val="28"/>
              </w:rPr>
            </w:pPr>
          </w:p>
          <w:p w14:paraId="17D3E920" w14:textId="77777777" w:rsidR="00BD5796" w:rsidRPr="00353067" w:rsidRDefault="00BD5796">
            <w:pPr>
              <w:rPr>
                <w:sz w:val="24"/>
                <w:szCs w:val="28"/>
              </w:rPr>
            </w:pPr>
          </w:p>
        </w:tc>
      </w:tr>
      <w:tr w:rsidR="00842165" w:rsidRPr="00353067" w14:paraId="62A3C0E6" w14:textId="77777777" w:rsidTr="00BD5796">
        <w:tc>
          <w:tcPr>
            <w:tcW w:w="2235" w:type="dxa"/>
            <w:vAlign w:val="center"/>
          </w:tcPr>
          <w:p w14:paraId="07D534D2" w14:textId="77777777" w:rsidR="00842165" w:rsidRPr="00353067" w:rsidRDefault="005F22B3">
            <w:pPr>
              <w:rPr>
                <w:sz w:val="24"/>
                <w:szCs w:val="28"/>
              </w:rPr>
            </w:pPr>
            <w:r w:rsidRPr="00353067">
              <w:rPr>
                <w:szCs w:val="28"/>
              </w:rPr>
              <w:t>What questions do you still have?</w:t>
            </w:r>
          </w:p>
        </w:tc>
        <w:tc>
          <w:tcPr>
            <w:tcW w:w="7845" w:type="dxa"/>
            <w:vAlign w:val="center"/>
          </w:tcPr>
          <w:p w14:paraId="25725F64" w14:textId="77777777" w:rsidR="00842165" w:rsidRPr="00353067" w:rsidRDefault="00842165">
            <w:pPr>
              <w:rPr>
                <w:sz w:val="24"/>
                <w:szCs w:val="28"/>
              </w:rPr>
            </w:pPr>
          </w:p>
          <w:p w14:paraId="4909D029" w14:textId="77777777" w:rsidR="00BD5796" w:rsidRPr="00353067" w:rsidRDefault="00BD5796">
            <w:pPr>
              <w:rPr>
                <w:sz w:val="24"/>
                <w:szCs w:val="28"/>
              </w:rPr>
            </w:pPr>
          </w:p>
          <w:p w14:paraId="0C4C39D9" w14:textId="77777777" w:rsidR="00BD5796" w:rsidRPr="00353067" w:rsidRDefault="00BD5796">
            <w:pPr>
              <w:rPr>
                <w:sz w:val="24"/>
                <w:szCs w:val="28"/>
              </w:rPr>
            </w:pPr>
          </w:p>
          <w:p w14:paraId="276D2E3C" w14:textId="77777777" w:rsidR="00BD5796" w:rsidRPr="00353067" w:rsidRDefault="00BD5796">
            <w:pPr>
              <w:rPr>
                <w:sz w:val="24"/>
                <w:szCs w:val="28"/>
              </w:rPr>
            </w:pPr>
          </w:p>
          <w:p w14:paraId="0C71F428" w14:textId="77777777" w:rsidR="00BD5796" w:rsidRPr="00353067" w:rsidRDefault="00BD5796">
            <w:pPr>
              <w:rPr>
                <w:sz w:val="24"/>
                <w:szCs w:val="28"/>
              </w:rPr>
            </w:pPr>
          </w:p>
          <w:p w14:paraId="1958117E" w14:textId="77777777" w:rsidR="00BD5796" w:rsidRPr="00353067" w:rsidRDefault="00BD5796">
            <w:pPr>
              <w:rPr>
                <w:sz w:val="24"/>
                <w:szCs w:val="28"/>
              </w:rPr>
            </w:pPr>
          </w:p>
        </w:tc>
      </w:tr>
    </w:tbl>
    <w:p w14:paraId="1B9DDF18" w14:textId="77777777" w:rsidR="00842165" w:rsidRPr="00353067" w:rsidRDefault="005F22B3">
      <w:pPr>
        <w:rPr>
          <w:sz w:val="24"/>
          <w:szCs w:val="28"/>
        </w:rPr>
      </w:pPr>
      <w:r w:rsidRPr="00353067">
        <w:rPr>
          <w:b/>
          <w:color w:val="68311F"/>
          <w:sz w:val="32"/>
          <w:szCs w:val="28"/>
        </w:rPr>
        <w:lastRenderedPageBreak/>
        <w:t>Task 10: Wider reading or video summaries</w:t>
      </w:r>
      <w:r w:rsidRPr="00353067">
        <w:rPr>
          <w:b/>
          <w:sz w:val="24"/>
          <w:szCs w:val="28"/>
        </w:rPr>
        <w:t xml:space="preserve">   [10 marks]</w:t>
      </w:r>
    </w:p>
    <w:p w14:paraId="12846334" w14:textId="77777777" w:rsidR="00842165" w:rsidRPr="00353067" w:rsidRDefault="005F22B3">
      <w:pPr>
        <w:rPr>
          <w:sz w:val="24"/>
          <w:szCs w:val="28"/>
        </w:rPr>
      </w:pPr>
      <w:r w:rsidRPr="00353067">
        <w:rPr>
          <w:sz w:val="24"/>
          <w:szCs w:val="28"/>
        </w:rPr>
        <w:t>Choose two videos, podcasts, articles or documentaries linked to medical science. For each, write a 50-75 word summary and one question you would like to explore further.</w:t>
      </w:r>
    </w:p>
    <w:p w14:paraId="7BDE804D" w14:textId="77777777" w:rsidR="00842165" w:rsidRPr="00353067" w:rsidRDefault="005F22B3">
      <w:pPr>
        <w:rPr>
          <w:sz w:val="24"/>
          <w:szCs w:val="28"/>
        </w:rPr>
      </w:pPr>
      <w:r w:rsidRPr="00353067">
        <w:rPr>
          <w:sz w:val="24"/>
          <w:szCs w:val="28"/>
        </w:rPr>
        <w:t>Summary 1:</w:t>
      </w:r>
    </w:p>
    <w:p w14:paraId="13FF44F7"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30561B1"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081925A"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5D8525F"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16DCF1E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3538501B"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C65EFF4"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DB33CCD"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0C656DD" w14:textId="413EE882"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4E4D4B0" w14:textId="77777777" w:rsidR="00BD5796" w:rsidRPr="00353067" w:rsidRDefault="00BD5796" w:rsidP="00BD5796">
      <w:pPr>
        <w:spacing w:after="40"/>
        <w:rPr>
          <w:sz w:val="24"/>
          <w:szCs w:val="28"/>
        </w:rPr>
      </w:pPr>
    </w:p>
    <w:p w14:paraId="179474FB" w14:textId="3B04C355" w:rsidR="00842165" w:rsidRPr="00353067" w:rsidRDefault="005F22B3">
      <w:pPr>
        <w:rPr>
          <w:sz w:val="24"/>
          <w:szCs w:val="28"/>
        </w:rPr>
      </w:pPr>
      <w:r w:rsidRPr="00353067">
        <w:rPr>
          <w:sz w:val="24"/>
          <w:szCs w:val="28"/>
        </w:rPr>
        <w:t>Question to explore further:</w:t>
      </w:r>
    </w:p>
    <w:p w14:paraId="6C3F3009"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F22C47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3D7614C"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8BC5B3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D03B560"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9A30479" w14:textId="599B8690"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3A4BF1D5" w14:textId="77777777" w:rsidR="00BD5796" w:rsidRPr="00353067" w:rsidRDefault="00BD5796">
      <w:pPr>
        <w:rPr>
          <w:sz w:val="24"/>
          <w:szCs w:val="28"/>
        </w:rPr>
      </w:pPr>
    </w:p>
    <w:p w14:paraId="325210FC" w14:textId="3E861E7A" w:rsidR="00842165" w:rsidRPr="00353067" w:rsidRDefault="005F22B3">
      <w:pPr>
        <w:rPr>
          <w:sz w:val="24"/>
          <w:szCs w:val="28"/>
        </w:rPr>
      </w:pPr>
      <w:r w:rsidRPr="00353067">
        <w:rPr>
          <w:sz w:val="24"/>
          <w:szCs w:val="28"/>
        </w:rPr>
        <w:t>Summary 2:</w:t>
      </w:r>
    </w:p>
    <w:p w14:paraId="0E89451C"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32CF6A6"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2EFF0FFA"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A14C337"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991BCD7"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7067639"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DF234AF"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2FDBFE75"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25BDA306"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FB9A3E6" w14:textId="77777777" w:rsidR="00BD5796" w:rsidRPr="00353067" w:rsidRDefault="00BD5796">
      <w:pPr>
        <w:rPr>
          <w:sz w:val="24"/>
          <w:szCs w:val="28"/>
        </w:rPr>
      </w:pPr>
    </w:p>
    <w:p w14:paraId="4EEA9C47" w14:textId="77777777" w:rsidR="00842165" w:rsidRPr="00353067" w:rsidRDefault="005F22B3">
      <w:pPr>
        <w:rPr>
          <w:sz w:val="24"/>
          <w:szCs w:val="28"/>
        </w:rPr>
      </w:pPr>
      <w:r w:rsidRPr="00353067">
        <w:rPr>
          <w:sz w:val="24"/>
          <w:szCs w:val="28"/>
        </w:rPr>
        <w:lastRenderedPageBreak/>
        <w:t>Question to explore further:</w:t>
      </w:r>
    </w:p>
    <w:p w14:paraId="7DEF839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89794B6"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1A310321"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551C9E0"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DBA7BC2"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62A6BBC"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1EFF1C9" w14:textId="77777777" w:rsidR="00842165" w:rsidRPr="00353067" w:rsidRDefault="005F22B3">
      <w:pPr>
        <w:rPr>
          <w:sz w:val="24"/>
          <w:szCs w:val="28"/>
        </w:rPr>
      </w:pPr>
      <w:r w:rsidRPr="00353067">
        <w:rPr>
          <w:sz w:val="24"/>
          <w:szCs w:val="28"/>
        </w:rPr>
        <w:br w:type="page"/>
      </w:r>
    </w:p>
    <w:p w14:paraId="6D1B56F4" w14:textId="77777777" w:rsidR="00842165" w:rsidRPr="00353067" w:rsidRDefault="005F22B3">
      <w:pPr>
        <w:pStyle w:val="Heading1"/>
        <w:rPr>
          <w:rFonts w:ascii="Aptos" w:hAnsi="Aptos"/>
          <w:sz w:val="44"/>
          <w:szCs w:val="36"/>
        </w:rPr>
      </w:pPr>
      <w:r w:rsidRPr="00353067">
        <w:rPr>
          <w:rFonts w:ascii="Aptos" w:hAnsi="Aptos"/>
          <w:color w:val="007094"/>
          <w:sz w:val="44"/>
          <w:szCs w:val="36"/>
        </w:rPr>
        <w:lastRenderedPageBreak/>
        <w:t>GCSE Knowledge Refresh: Quick Questions</w:t>
      </w:r>
    </w:p>
    <w:p w14:paraId="4CE3B70D" w14:textId="77777777" w:rsidR="00842165" w:rsidRPr="00353067" w:rsidRDefault="005F22B3">
      <w:pPr>
        <w:rPr>
          <w:sz w:val="24"/>
          <w:szCs w:val="28"/>
        </w:rPr>
      </w:pPr>
      <w:r w:rsidRPr="00353067">
        <w:rPr>
          <w:sz w:val="24"/>
          <w:szCs w:val="28"/>
        </w:rPr>
        <w:t>Answer these without notes first. Then use your GCSE notes to improve your answers in a different colour.</w:t>
      </w:r>
    </w:p>
    <w:p w14:paraId="56F2484F" w14:textId="77777777" w:rsidR="00842165" w:rsidRPr="00353067" w:rsidRDefault="005F22B3">
      <w:pPr>
        <w:pStyle w:val="Heading2"/>
        <w:rPr>
          <w:rFonts w:ascii="Aptos" w:hAnsi="Aptos"/>
          <w:sz w:val="36"/>
          <w:szCs w:val="32"/>
        </w:rPr>
      </w:pPr>
      <w:r w:rsidRPr="00353067">
        <w:rPr>
          <w:rFonts w:ascii="Aptos" w:hAnsi="Aptos"/>
          <w:sz w:val="36"/>
          <w:szCs w:val="32"/>
        </w:rPr>
        <w:t>Cells and organisation</w:t>
      </w:r>
    </w:p>
    <w:p w14:paraId="27CCEFB1" w14:textId="77777777" w:rsidR="00842165" w:rsidRPr="00353067" w:rsidRDefault="005F22B3">
      <w:pPr>
        <w:rPr>
          <w:sz w:val="24"/>
          <w:szCs w:val="28"/>
        </w:rPr>
      </w:pPr>
      <w:r w:rsidRPr="00353067">
        <w:rPr>
          <w:sz w:val="24"/>
          <w:szCs w:val="28"/>
        </w:rPr>
        <w:t>What is the function of ribosomes?</w:t>
      </w:r>
    </w:p>
    <w:p w14:paraId="6DAF4E47"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95ADDD2"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2DFCAE0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FA3D31A" w14:textId="77777777" w:rsidR="00BD5796" w:rsidRPr="00353067" w:rsidRDefault="00BD5796">
      <w:pPr>
        <w:rPr>
          <w:sz w:val="24"/>
          <w:szCs w:val="28"/>
        </w:rPr>
      </w:pPr>
    </w:p>
    <w:p w14:paraId="1334151A" w14:textId="51AC7225" w:rsidR="00842165" w:rsidRPr="00353067" w:rsidRDefault="005F22B3">
      <w:pPr>
        <w:rPr>
          <w:sz w:val="24"/>
          <w:szCs w:val="28"/>
        </w:rPr>
      </w:pPr>
      <w:r w:rsidRPr="00353067">
        <w:rPr>
          <w:sz w:val="24"/>
          <w:szCs w:val="28"/>
        </w:rPr>
        <w:t xml:space="preserve">How is a </w:t>
      </w:r>
      <w:proofErr w:type="spellStart"/>
      <w:r w:rsidRPr="00353067">
        <w:rPr>
          <w:sz w:val="24"/>
          <w:szCs w:val="28"/>
        </w:rPr>
        <w:t>specialised</w:t>
      </w:r>
      <w:proofErr w:type="spellEnd"/>
      <w:r w:rsidRPr="00353067">
        <w:rPr>
          <w:sz w:val="24"/>
          <w:szCs w:val="28"/>
        </w:rPr>
        <w:t xml:space="preserve"> cell adapted to its function?</w:t>
      </w:r>
    </w:p>
    <w:p w14:paraId="0EDC825A"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3C81684C"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B8B0EE4"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4398CD4" w14:textId="77777777" w:rsidR="00BD5796" w:rsidRPr="00353067" w:rsidRDefault="00BD5796">
      <w:pPr>
        <w:rPr>
          <w:sz w:val="24"/>
          <w:szCs w:val="28"/>
        </w:rPr>
      </w:pPr>
    </w:p>
    <w:p w14:paraId="0D1ADDDC" w14:textId="2AE6683C" w:rsidR="00842165" w:rsidRPr="00353067" w:rsidRDefault="005F22B3">
      <w:pPr>
        <w:rPr>
          <w:sz w:val="24"/>
          <w:szCs w:val="28"/>
        </w:rPr>
      </w:pPr>
      <w:r w:rsidRPr="00353067">
        <w:rPr>
          <w:sz w:val="24"/>
          <w:szCs w:val="28"/>
        </w:rPr>
        <w:t>What is a tissue?</w:t>
      </w:r>
    </w:p>
    <w:p w14:paraId="6D7EA864"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2F0F0714"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E8F62C1"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F76D964" w14:textId="77777777" w:rsidR="00BD5796" w:rsidRPr="00353067" w:rsidRDefault="00BD5796">
      <w:pPr>
        <w:rPr>
          <w:sz w:val="24"/>
          <w:szCs w:val="28"/>
        </w:rPr>
      </w:pPr>
    </w:p>
    <w:p w14:paraId="6B9B4F44" w14:textId="30C70E28" w:rsidR="00842165" w:rsidRPr="00353067" w:rsidRDefault="005F22B3">
      <w:pPr>
        <w:rPr>
          <w:sz w:val="24"/>
          <w:szCs w:val="28"/>
        </w:rPr>
      </w:pPr>
      <w:r w:rsidRPr="00353067">
        <w:rPr>
          <w:sz w:val="24"/>
          <w:szCs w:val="28"/>
        </w:rPr>
        <w:t>Why is cell differentiation important?</w:t>
      </w:r>
    </w:p>
    <w:p w14:paraId="1012A47B"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363CC140"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783A30A" w14:textId="34480FE2"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3AA428B" w14:textId="0DCC73D0" w:rsidR="00842165" w:rsidRPr="00353067" w:rsidRDefault="005F22B3">
      <w:pPr>
        <w:pStyle w:val="Heading2"/>
        <w:rPr>
          <w:rFonts w:ascii="Aptos" w:hAnsi="Aptos"/>
          <w:sz w:val="36"/>
          <w:szCs w:val="32"/>
        </w:rPr>
      </w:pPr>
      <w:r w:rsidRPr="00353067">
        <w:rPr>
          <w:rFonts w:ascii="Aptos" w:hAnsi="Aptos"/>
          <w:sz w:val="36"/>
          <w:szCs w:val="32"/>
        </w:rPr>
        <w:t>Enzymes and digestion</w:t>
      </w:r>
    </w:p>
    <w:p w14:paraId="15C7BA9F" w14:textId="77777777" w:rsidR="00842165" w:rsidRPr="00353067" w:rsidRDefault="005F22B3">
      <w:pPr>
        <w:rPr>
          <w:sz w:val="24"/>
          <w:szCs w:val="28"/>
        </w:rPr>
      </w:pPr>
      <w:r w:rsidRPr="00353067">
        <w:rPr>
          <w:sz w:val="24"/>
          <w:szCs w:val="28"/>
        </w:rPr>
        <w:t>What is an active site?</w:t>
      </w:r>
    </w:p>
    <w:p w14:paraId="3D53631E"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30E391C"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13B1BE64"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BCC07C8" w14:textId="77777777" w:rsidR="00BD5796" w:rsidRPr="00353067" w:rsidRDefault="00BD5796">
      <w:pPr>
        <w:rPr>
          <w:sz w:val="24"/>
          <w:szCs w:val="28"/>
        </w:rPr>
      </w:pPr>
    </w:p>
    <w:p w14:paraId="0480D50F" w14:textId="77777777" w:rsidR="00BD5796" w:rsidRPr="00353067" w:rsidRDefault="00BD5796">
      <w:pPr>
        <w:rPr>
          <w:sz w:val="24"/>
          <w:szCs w:val="28"/>
        </w:rPr>
      </w:pPr>
    </w:p>
    <w:p w14:paraId="2A3526C2" w14:textId="4B963069" w:rsidR="00842165" w:rsidRPr="00353067" w:rsidRDefault="005F22B3">
      <w:pPr>
        <w:rPr>
          <w:sz w:val="24"/>
          <w:szCs w:val="28"/>
        </w:rPr>
      </w:pPr>
      <w:r w:rsidRPr="00353067">
        <w:rPr>
          <w:sz w:val="24"/>
          <w:szCs w:val="28"/>
        </w:rPr>
        <w:lastRenderedPageBreak/>
        <w:t>Why do enzymes have an optimum pH?</w:t>
      </w:r>
    </w:p>
    <w:p w14:paraId="2FB8B30F"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BBA0C22"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B704B59"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3AFDA53C" w14:textId="77777777" w:rsidR="00BD5796" w:rsidRPr="00353067" w:rsidRDefault="00BD5796">
      <w:pPr>
        <w:rPr>
          <w:sz w:val="24"/>
          <w:szCs w:val="28"/>
        </w:rPr>
      </w:pPr>
    </w:p>
    <w:p w14:paraId="518D7E55" w14:textId="5D7A618F" w:rsidR="00842165" w:rsidRPr="00353067" w:rsidRDefault="005F22B3">
      <w:pPr>
        <w:rPr>
          <w:sz w:val="24"/>
          <w:szCs w:val="28"/>
        </w:rPr>
      </w:pPr>
      <w:r w:rsidRPr="00353067">
        <w:rPr>
          <w:sz w:val="24"/>
          <w:szCs w:val="28"/>
        </w:rPr>
        <w:t>How does substrate concentration affect rate?</w:t>
      </w:r>
    </w:p>
    <w:p w14:paraId="4E4C2171"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9ABC417"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2D8E909B"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27D76681" w14:textId="77777777" w:rsidR="00BD5796" w:rsidRPr="00353067" w:rsidRDefault="00BD5796">
      <w:pPr>
        <w:rPr>
          <w:sz w:val="24"/>
          <w:szCs w:val="28"/>
        </w:rPr>
      </w:pPr>
    </w:p>
    <w:p w14:paraId="2C3F7AAB" w14:textId="6E074462" w:rsidR="00842165" w:rsidRPr="00353067" w:rsidRDefault="005F22B3">
      <w:pPr>
        <w:rPr>
          <w:sz w:val="24"/>
          <w:szCs w:val="28"/>
        </w:rPr>
      </w:pPr>
      <w:r w:rsidRPr="00353067">
        <w:rPr>
          <w:sz w:val="24"/>
          <w:szCs w:val="28"/>
        </w:rPr>
        <w:t>Which enzymes digest carbohydrates, proteins and lipids?</w:t>
      </w:r>
    </w:p>
    <w:p w14:paraId="619B68FB"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22175355"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4E6B430" w14:textId="47AE2998"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839689E" w14:textId="514E5383" w:rsidR="00842165" w:rsidRPr="00353067" w:rsidRDefault="005F22B3">
      <w:pPr>
        <w:pStyle w:val="Heading2"/>
        <w:rPr>
          <w:rFonts w:ascii="Aptos" w:hAnsi="Aptos"/>
          <w:sz w:val="36"/>
          <w:szCs w:val="32"/>
        </w:rPr>
      </w:pPr>
      <w:r w:rsidRPr="00353067">
        <w:rPr>
          <w:rFonts w:ascii="Aptos" w:hAnsi="Aptos"/>
          <w:sz w:val="36"/>
          <w:szCs w:val="32"/>
        </w:rPr>
        <w:t>Transport and exchange</w:t>
      </w:r>
    </w:p>
    <w:p w14:paraId="2D6F4BDE" w14:textId="77777777" w:rsidR="00842165" w:rsidRPr="00353067" w:rsidRDefault="005F22B3">
      <w:pPr>
        <w:rPr>
          <w:sz w:val="24"/>
          <w:szCs w:val="28"/>
        </w:rPr>
      </w:pPr>
      <w:r w:rsidRPr="00353067">
        <w:rPr>
          <w:sz w:val="24"/>
          <w:szCs w:val="28"/>
        </w:rPr>
        <w:t>What factors increase the rate of diffusion?</w:t>
      </w:r>
    </w:p>
    <w:p w14:paraId="40E3410F"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943BA68"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6531F71"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346279B1" w14:textId="77777777" w:rsidR="00BD5796" w:rsidRPr="00353067" w:rsidRDefault="00BD5796">
      <w:pPr>
        <w:rPr>
          <w:sz w:val="24"/>
          <w:szCs w:val="28"/>
        </w:rPr>
      </w:pPr>
    </w:p>
    <w:p w14:paraId="461E56AB" w14:textId="7F7E8934" w:rsidR="00842165" w:rsidRPr="00353067" w:rsidRDefault="005F22B3">
      <w:pPr>
        <w:rPr>
          <w:sz w:val="24"/>
          <w:szCs w:val="28"/>
        </w:rPr>
      </w:pPr>
      <w:r w:rsidRPr="00353067">
        <w:rPr>
          <w:sz w:val="24"/>
          <w:szCs w:val="28"/>
        </w:rPr>
        <w:t>Why do exchange surfaces need a large surface area?</w:t>
      </w:r>
    </w:p>
    <w:p w14:paraId="4DB6FF6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0704BB1"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F1466CB"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51E37D8" w14:textId="77777777" w:rsidR="00BD5796" w:rsidRPr="00353067" w:rsidRDefault="00BD5796">
      <w:pPr>
        <w:rPr>
          <w:sz w:val="24"/>
          <w:szCs w:val="28"/>
        </w:rPr>
      </w:pPr>
    </w:p>
    <w:p w14:paraId="301E8E41" w14:textId="011D1E40" w:rsidR="00842165" w:rsidRPr="00353067" w:rsidRDefault="005F22B3">
      <w:pPr>
        <w:rPr>
          <w:sz w:val="24"/>
          <w:szCs w:val="28"/>
        </w:rPr>
      </w:pPr>
      <w:r w:rsidRPr="00353067">
        <w:rPr>
          <w:sz w:val="24"/>
          <w:szCs w:val="28"/>
        </w:rPr>
        <w:t>What is active transport used for in the small intestine?</w:t>
      </w:r>
    </w:p>
    <w:p w14:paraId="642FCA0F"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186798BD"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95B44BA"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78811E6" w14:textId="77777777" w:rsidR="00BD5796" w:rsidRPr="00353067" w:rsidRDefault="00BD5796">
      <w:pPr>
        <w:rPr>
          <w:sz w:val="24"/>
          <w:szCs w:val="28"/>
        </w:rPr>
      </w:pPr>
    </w:p>
    <w:p w14:paraId="4EA993BB" w14:textId="77777777" w:rsidR="00BD5796" w:rsidRPr="00353067" w:rsidRDefault="00BD5796">
      <w:pPr>
        <w:rPr>
          <w:sz w:val="24"/>
          <w:szCs w:val="28"/>
        </w:rPr>
      </w:pPr>
    </w:p>
    <w:p w14:paraId="11404C12" w14:textId="7CB85B00" w:rsidR="00842165" w:rsidRPr="00353067" w:rsidRDefault="005F22B3">
      <w:pPr>
        <w:rPr>
          <w:sz w:val="24"/>
          <w:szCs w:val="28"/>
        </w:rPr>
      </w:pPr>
      <w:r w:rsidRPr="00353067">
        <w:rPr>
          <w:sz w:val="24"/>
          <w:szCs w:val="28"/>
        </w:rPr>
        <w:lastRenderedPageBreak/>
        <w:t>How does osmosis affect animal cells?</w:t>
      </w:r>
    </w:p>
    <w:p w14:paraId="3514B52B"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676FE4C"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2EFC26BF" w14:textId="6D8E4642"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16A2689A" w14:textId="5A955C20" w:rsidR="00842165" w:rsidRPr="00353067" w:rsidRDefault="005F22B3">
      <w:pPr>
        <w:pStyle w:val="Heading2"/>
        <w:rPr>
          <w:rFonts w:ascii="Aptos" w:hAnsi="Aptos"/>
          <w:sz w:val="36"/>
          <w:szCs w:val="32"/>
        </w:rPr>
      </w:pPr>
      <w:r w:rsidRPr="00353067">
        <w:rPr>
          <w:rFonts w:ascii="Aptos" w:hAnsi="Aptos"/>
          <w:sz w:val="36"/>
          <w:szCs w:val="32"/>
        </w:rPr>
        <w:t>Disease and immunity</w:t>
      </w:r>
    </w:p>
    <w:p w14:paraId="6F93926A" w14:textId="77777777" w:rsidR="00842165" w:rsidRPr="00353067" w:rsidRDefault="005F22B3">
      <w:pPr>
        <w:rPr>
          <w:sz w:val="24"/>
          <w:szCs w:val="28"/>
        </w:rPr>
      </w:pPr>
      <w:r w:rsidRPr="00353067">
        <w:rPr>
          <w:sz w:val="24"/>
          <w:szCs w:val="28"/>
        </w:rPr>
        <w:t>How do pathogens spread?</w:t>
      </w:r>
    </w:p>
    <w:p w14:paraId="213019F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4D60359A"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EF522DE"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74BA1121" w14:textId="77777777" w:rsidR="00BD5796" w:rsidRPr="00353067" w:rsidRDefault="00BD5796">
      <w:pPr>
        <w:spacing w:after="40"/>
        <w:rPr>
          <w:sz w:val="24"/>
          <w:szCs w:val="28"/>
        </w:rPr>
      </w:pPr>
    </w:p>
    <w:p w14:paraId="1611B090" w14:textId="77777777" w:rsidR="00842165" w:rsidRPr="00353067" w:rsidRDefault="005F22B3">
      <w:pPr>
        <w:rPr>
          <w:sz w:val="24"/>
          <w:szCs w:val="28"/>
        </w:rPr>
      </w:pPr>
      <w:r w:rsidRPr="00353067">
        <w:rPr>
          <w:sz w:val="24"/>
          <w:szCs w:val="28"/>
        </w:rPr>
        <w:t>What is the role of phagocytes?</w:t>
      </w:r>
    </w:p>
    <w:p w14:paraId="4CCC3D28"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2530604"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61AA32A"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5F1BE926" w14:textId="77777777" w:rsidR="00BD5796" w:rsidRPr="00353067" w:rsidRDefault="00BD5796">
      <w:pPr>
        <w:rPr>
          <w:sz w:val="24"/>
          <w:szCs w:val="28"/>
        </w:rPr>
      </w:pPr>
    </w:p>
    <w:p w14:paraId="515F7EB5" w14:textId="1D479B42" w:rsidR="00842165" w:rsidRPr="00353067" w:rsidRDefault="005F22B3">
      <w:pPr>
        <w:rPr>
          <w:sz w:val="24"/>
          <w:szCs w:val="28"/>
        </w:rPr>
      </w:pPr>
      <w:r w:rsidRPr="00353067">
        <w:rPr>
          <w:sz w:val="24"/>
          <w:szCs w:val="28"/>
        </w:rPr>
        <w:t>How do lymphocytes produce antibodies?</w:t>
      </w:r>
    </w:p>
    <w:p w14:paraId="19F9CF23"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1F8C3228"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06CE419"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2CA6E707" w14:textId="77777777" w:rsidR="00BD5796" w:rsidRPr="00353067" w:rsidRDefault="00BD5796">
      <w:pPr>
        <w:rPr>
          <w:sz w:val="24"/>
          <w:szCs w:val="28"/>
        </w:rPr>
      </w:pPr>
    </w:p>
    <w:p w14:paraId="3D6EC946" w14:textId="56F268AF" w:rsidR="00842165" w:rsidRPr="00353067" w:rsidRDefault="005F22B3">
      <w:pPr>
        <w:rPr>
          <w:sz w:val="24"/>
          <w:szCs w:val="28"/>
        </w:rPr>
      </w:pPr>
      <w:r w:rsidRPr="00353067">
        <w:rPr>
          <w:sz w:val="24"/>
          <w:szCs w:val="28"/>
        </w:rPr>
        <w:t>Why are vaccines important?</w:t>
      </w:r>
    </w:p>
    <w:p w14:paraId="00E1A1D7"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6B0A576C"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06C8AB6C" w14:textId="77777777" w:rsidR="00BD5796" w:rsidRPr="00353067" w:rsidRDefault="00BD5796" w:rsidP="00BD5796">
      <w:pPr>
        <w:spacing w:after="40"/>
        <w:rPr>
          <w:sz w:val="24"/>
          <w:szCs w:val="28"/>
        </w:rPr>
      </w:pPr>
      <w:r w:rsidRPr="00353067">
        <w:rPr>
          <w:sz w:val="24"/>
          <w:szCs w:val="28"/>
        </w:rPr>
        <w:t>___________________________________________________________________________________________</w:t>
      </w:r>
    </w:p>
    <w:p w14:paraId="1DC09A06" w14:textId="77777777" w:rsidR="00BD5796" w:rsidRPr="00353067" w:rsidRDefault="00BD5796">
      <w:pPr>
        <w:rPr>
          <w:sz w:val="24"/>
          <w:szCs w:val="28"/>
        </w:rPr>
      </w:pPr>
    </w:p>
    <w:p w14:paraId="4C5E7C08" w14:textId="77777777" w:rsidR="00BD5796" w:rsidRPr="00353067" w:rsidRDefault="00BD5796">
      <w:pPr>
        <w:rPr>
          <w:rFonts w:eastAsiaTheme="majorEastAsia" w:cstheme="majorBidi"/>
          <w:b/>
          <w:bCs/>
          <w:color w:val="007094"/>
          <w:sz w:val="44"/>
          <w:szCs w:val="36"/>
        </w:rPr>
      </w:pPr>
      <w:r w:rsidRPr="00353067">
        <w:rPr>
          <w:color w:val="007094"/>
          <w:sz w:val="44"/>
          <w:szCs w:val="36"/>
        </w:rPr>
        <w:br w:type="page"/>
      </w:r>
    </w:p>
    <w:p w14:paraId="08F59FEB" w14:textId="5B64FD83" w:rsidR="00842165" w:rsidRPr="00353067" w:rsidRDefault="005F22B3">
      <w:pPr>
        <w:pStyle w:val="Heading1"/>
        <w:rPr>
          <w:rFonts w:ascii="Aptos" w:hAnsi="Aptos"/>
          <w:sz w:val="44"/>
          <w:szCs w:val="36"/>
        </w:rPr>
      </w:pPr>
      <w:r w:rsidRPr="00353067">
        <w:rPr>
          <w:rFonts w:ascii="Aptos" w:hAnsi="Aptos"/>
          <w:color w:val="007094"/>
          <w:sz w:val="44"/>
          <w:szCs w:val="36"/>
        </w:rPr>
        <w:lastRenderedPageBreak/>
        <w:t>Useful Links and Sources</w:t>
      </w:r>
    </w:p>
    <w:p w14:paraId="5204BB09" w14:textId="77777777" w:rsidR="00842165" w:rsidRPr="00353067" w:rsidRDefault="005F22B3">
      <w:pPr>
        <w:rPr>
          <w:sz w:val="24"/>
          <w:szCs w:val="28"/>
        </w:rPr>
      </w:pPr>
      <w:r w:rsidRPr="00353067">
        <w:rPr>
          <w:sz w:val="24"/>
          <w:szCs w:val="28"/>
        </w:rPr>
        <w:t>Use these links to support your independent study. Do not copy large sections from websites; summarise ideas in your own words.</w:t>
      </w:r>
    </w:p>
    <w:p w14:paraId="1A8818BF" w14:textId="77777777" w:rsidR="00842165" w:rsidRPr="00353067" w:rsidRDefault="005F22B3">
      <w:pPr>
        <w:pStyle w:val="ListBullet"/>
        <w:rPr>
          <w:sz w:val="24"/>
          <w:szCs w:val="28"/>
        </w:rPr>
      </w:pPr>
      <w:r w:rsidRPr="00353067">
        <w:rPr>
          <w:b/>
          <w:sz w:val="24"/>
          <w:szCs w:val="28"/>
        </w:rPr>
        <w:t xml:space="preserve">Pearson Medical Science AAQ specification: </w:t>
      </w:r>
      <w:r w:rsidRPr="00353067">
        <w:rPr>
          <w:sz w:val="24"/>
          <w:szCs w:val="28"/>
        </w:rPr>
        <w:t>https://qualifications.pearson.com/content/dam/pdf/btec-aaqs/medical-science/2025/specification-and-sample-assessments/btec-l3-medical-science-aaq-spec.pdf</w:t>
      </w:r>
    </w:p>
    <w:p w14:paraId="722A0E02" w14:textId="77777777" w:rsidR="00842165" w:rsidRPr="00353067" w:rsidRDefault="005F22B3">
      <w:pPr>
        <w:pStyle w:val="ListBullet"/>
        <w:rPr>
          <w:sz w:val="24"/>
          <w:szCs w:val="28"/>
        </w:rPr>
      </w:pPr>
      <w:r w:rsidRPr="00353067">
        <w:rPr>
          <w:b/>
          <w:sz w:val="24"/>
          <w:szCs w:val="28"/>
        </w:rPr>
        <w:t xml:space="preserve">OCR Gateway Combined Science specification: </w:t>
      </w:r>
      <w:r w:rsidRPr="00353067">
        <w:rPr>
          <w:sz w:val="24"/>
          <w:szCs w:val="28"/>
        </w:rPr>
        <w:t>https://www.ocr.org.uk/qualifications/gcse/gateway-science-suite-combined-science-a-j250-from-2016/</w:t>
      </w:r>
    </w:p>
    <w:p w14:paraId="52684C86" w14:textId="77777777" w:rsidR="00842165" w:rsidRPr="00353067" w:rsidRDefault="005F22B3">
      <w:pPr>
        <w:pStyle w:val="ListBullet"/>
        <w:rPr>
          <w:sz w:val="24"/>
          <w:szCs w:val="28"/>
        </w:rPr>
      </w:pPr>
      <w:r w:rsidRPr="00353067">
        <w:rPr>
          <w:b/>
          <w:sz w:val="24"/>
          <w:szCs w:val="28"/>
        </w:rPr>
        <w:t xml:space="preserve">NHS Health A-Z: </w:t>
      </w:r>
      <w:r w:rsidRPr="00353067">
        <w:rPr>
          <w:sz w:val="24"/>
          <w:szCs w:val="28"/>
        </w:rPr>
        <w:t>https://www.nhs.uk/conditions/</w:t>
      </w:r>
    </w:p>
    <w:p w14:paraId="064C9CCE" w14:textId="77777777" w:rsidR="00842165" w:rsidRPr="00353067" w:rsidRDefault="005F22B3">
      <w:pPr>
        <w:pStyle w:val="ListBullet"/>
        <w:rPr>
          <w:sz w:val="24"/>
          <w:szCs w:val="28"/>
        </w:rPr>
      </w:pPr>
      <w:r w:rsidRPr="00353067">
        <w:rPr>
          <w:b/>
          <w:sz w:val="24"/>
          <w:szCs w:val="28"/>
        </w:rPr>
        <w:t xml:space="preserve">WHO Health Topics: </w:t>
      </w:r>
      <w:r w:rsidRPr="00353067">
        <w:rPr>
          <w:sz w:val="24"/>
          <w:szCs w:val="28"/>
        </w:rPr>
        <w:t>https://www.who.int/health-topics</w:t>
      </w:r>
    </w:p>
    <w:p w14:paraId="4428426F" w14:textId="77777777" w:rsidR="00842165" w:rsidRPr="00353067" w:rsidRDefault="005F22B3">
      <w:pPr>
        <w:pStyle w:val="ListBullet"/>
        <w:rPr>
          <w:sz w:val="24"/>
          <w:szCs w:val="28"/>
        </w:rPr>
      </w:pPr>
      <w:r w:rsidRPr="00353067">
        <w:rPr>
          <w:b/>
          <w:sz w:val="24"/>
          <w:szCs w:val="28"/>
        </w:rPr>
        <w:t xml:space="preserve">ABPI Schools Biology resources: </w:t>
      </w:r>
      <w:r w:rsidRPr="00353067">
        <w:rPr>
          <w:sz w:val="24"/>
          <w:szCs w:val="28"/>
        </w:rPr>
        <w:t>https://www.abpischools.org.uk/</w:t>
      </w:r>
    </w:p>
    <w:p w14:paraId="57896D9F" w14:textId="77777777" w:rsidR="00842165" w:rsidRPr="00353067" w:rsidRDefault="005F22B3">
      <w:pPr>
        <w:pStyle w:val="ListBullet"/>
        <w:rPr>
          <w:sz w:val="24"/>
          <w:szCs w:val="28"/>
        </w:rPr>
      </w:pPr>
      <w:r w:rsidRPr="00353067">
        <w:rPr>
          <w:b/>
          <w:sz w:val="24"/>
          <w:szCs w:val="28"/>
        </w:rPr>
        <w:t xml:space="preserve">BBC Bitesize GCSE Biology: </w:t>
      </w:r>
      <w:r w:rsidRPr="00353067">
        <w:rPr>
          <w:sz w:val="24"/>
          <w:szCs w:val="28"/>
        </w:rPr>
        <w:t>https://www.bbc.co.uk/bitesize/subjects/zrkw2hv</w:t>
      </w:r>
    </w:p>
    <w:p w14:paraId="4E3F49AC" w14:textId="77777777" w:rsidR="00842165" w:rsidRPr="00353067" w:rsidRDefault="005F22B3">
      <w:pPr>
        <w:pStyle w:val="Heading2"/>
        <w:rPr>
          <w:rFonts w:ascii="Aptos" w:hAnsi="Aptos"/>
          <w:sz w:val="36"/>
          <w:szCs w:val="32"/>
        </w:rPr>
      </w:pPr>
      <w:r w:rsidRPr="00353067">
        <w:rPr>
          <w:rFonts w:ascii="Aptos" w:hAnsi="Aptos"/>
          <w:sz w:val="36"/>
          <w:szCs w:val="32"/>
        </w:rPr>
        <w:t>Academic honesty</w:t>
      </w:r>
    </w:p>
    <w:p w14:paraId="6CFA2E50" w14:textId="77777777" w:rsidR="00842165" w:rsidRPr="00353067" w:rsidRDefault="005F22B3">
      <w:pPr>
        <w:rPr>
          <w:sz w:val="24"/>
          <w:szCs w:val="28"/>
        </w:rPr>
      </w:pPr>
      <w:r w:rsidRPr="00353067">
        <w:rPr>
          <w:sz w:val="24"/>
          <w:szCs w:val="28"/>
        </w:rPr>
        <w:t>Your work should be your own. You may use books, notes and reliable websites to help you learn, but copying and pasting is not acceptable. Where you use an idea from a source, write the source name next to your answer.</w:t>
      </w:r>
    </w:p>
    <w:sectPr w:rsidR="00842165" w:rsidRPr="00353067" w:rsidSect="0017311C">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E8AB8" w14:textId="77777777" w:rsidR="00E20864" w:rsidRDefault="00E20864">
      <w:pPr>
        <w:spacing w:after="0" w:line="240" w:lineRule="auto"/>
      </w:pPr>
      <w:r>
        <w:separator/>
      </w:r>
    </w:p>
  </w:endnote>
  <w:endnote w:type="continuationSeparator" w:id="0">
    <w:p w14:paraId="51E2EFFD" w14:textId="77777777" w:rsidR="00E20864" w:rsidRDefault="00E20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E519C" w14:textId="77777777" w:rsidR="00842165" w:rsidRDefault="005F22B3">
    <w:pPr>
      <w:pStyle w:val="Footer"/>
      <w:jc w:val="center"/>
    </w:pPr>
    <w:r>
      <w:t>Bring completed work to your first Medical Science lesson.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EECCC" w14:textId="77777777" w:rsidR="00E20864" w:rsidRDefault="00E20864">
      <w:pPr>
        <w:spacing w:after="0" w:line="240" w:lineRule="auto"/>
      </w:pPr>
      <w:r>
        <w:separator/>
      </w:r>
    </w:p>
  </w:footnote>
  <w:footnote w:type="continuationSeparator" w:id="0">
    <w:p w14:paraId="104DC308" w14:textId="77777777" w:rsidR="00E20864" w:rsidRDefault="00E20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DE737" w14:textId="6F219089" w:rsidR="00842165" w:rsidRDefault="003B30DF" w:rsidP="003B30DF">
    <w:pPr>
      <w:pStyle w:val="Header"/>
      <w:jc w:val="both"/>
    </w:pPr>
    <w:r>
      <w:rPr>
        <w:noProof/>
      </w:rPr>
      <w:drawing>
        <wp:anchor distT="0" distB="0" distL="114300" distR="114300" simplePos="0" relativeHeight="251658240" behindDoc="1" locked="0" layoutInCell="1" allowOverlap="1" wp14:anchorId="3F9A6049" wp14:editId="03433D2E">
          <wp:simplePos x="0" y="0"/>
          <wp:positionH relativeFrom="column">
            <wp:posOffset>6181725</wp:posOffset>
          </wp:positionH>
          <wp:positionV relativeFrom="paragraph">
            <wp:posOffset>-409575</wp:posOffset>
          </wp:positionV>
          <wp:extent cx="780415" cy="670560"/>
          <wp:effectExtent l="0" t="0" r="635" b="0"/>
          <wp:wrapNone/>
          <wp:docPr id="2063371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670560"/>
                  </a:xfrm>
                  <a:prstGeom prst="rect">
                    <a:avLst/>
                  </a:prstGeom>
                  <a:noFill/>
                </pic:spPr>
              </pic:pic>
            </a:graphicData>
          </a:graphic>
        </wp:anchor>
      </w:drawing>
    </w:r>
    <w:r w:rsidR="005F22B3">
      <w:t xml:space="preserve">Medical Science </w:t>
    </w:r>
    <w:proofErr w:type="spellStart"/>
    <w:r w:rsidR="005F22B3">
      <w:t>AAQ</w:t>
    </w:r>
    <w:proofErr w:type="spellEnd"/>
    <w:r w:rsidR="005F22B3">
      <w:t xml:space="preserve"> Transition Booklet 2026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E0376B"/>
    <w:multiLevelType w:val="hybridMultilevel"/>
    <w:tmpl w:val="FE7A2C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9266930">
    <w:abstractNumId w:val="8"/>
  </w:num>
  <w:num w:numId="2" w16cid:durableId="1383409459">
    <w:abstractNumId w:val="6"/>
  </w:num>
  <w:num w:numId="3" w16cid:durableId="1230581678">
    <w:abstractNumId w:val="5"/>
  </w:num>
  <w:num w:numId="4" w16cid:durableId="144711687">
    <w:abstractNumId w:val="4"/>
  </w:num>
  <w:num w:numId="5" w16cid:durableId="598871662">
    <w:abstractNumId w:val="7"/>
  </w:num>
  <w:num w:numId="6" w16cid:durableId="2063676690">
    <w:abstractNumId w:val="3"/>
  </w:num>
  <w:num w:numId="7" w16cid:durableId="1628658559">
    <w:abstractNumId w:val="2"/>
  </w:num>
  <w:num w:numId="8" w16cid:durableId="1044208022">
    <w:abstractNumId w:val="1"/>
  </w:num>
  <w:num w:numId="9" w16cid:durableId="1432045068">
    <w:abstractNumId w:val="0"/>
  </w:num>
  <w:num w:numId="10" w16cid:durableId="12039781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35D9"/>
    <w:rsid w:val="0015074B"/>
    <w:rsid w:val="00151519"/>
    <w:rsid w:val="0017311C"/>
    <w:rsid w:val="0029639D"/>
    <w:rsid w:val="002C0891"/>
    <w:rsid w:val="003152FB"/>
    <w:rsid w:val="00326F90"/>
    <w:rsid w:val="00353067"/>
    <w:rsid w:val="003B30DF"/>
    <w:rsid w:val="005F22B3"/>
    <w:rsid w:val="00661663"/>
    <w:rsid w:val="00827D30"/>
    <w:rsid w:val="00842165"/>
    <w:rsid w:val="00A23F27"/>
    <w:rsid w:val="00AA1D8D"/>
    <w:rsid w:val="00B47730"/>
    <w:rsid w:val="00BD5796"/>
    <w:rsid w:val="00C24F14"/>
    <w:rsid w:val="00CB0664"/>
    <w:rsid w:val="00CF2E69"/>
    <w:rsid w:val="00E208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568771"/>
  <w14:defaultImageDpi w14:val="300"/>
  <w15:docId w15:val="{F30450D2-1377-4C58-B2BB-D18596450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78B3C37C90C24F881E8AC3FB97D962" ma:contentTypeVersion="35" ma:contentTypeDescription="Create a new document." ma:contentTypeScope="" ma:versionID="14b9dc0c1545e1eddab625c9febd871b">
  <xsd:schema xmlns:xsd="http://www.w3.org/2001/XMLSchema" xmlns:xs="http://www.w3.org/2001/XMLSchema" xmlns:p="http://schemas.microsoft.com/office/2006/metadata/properties" xmlns:ns2="01cd48bc-3f38-4660-b01b-dff9896444ec" xmlns:ns3="4a2c275f-0096-4b10-ac46-7a668053059d" targetNamespace="http://schemas.microsoft.com/office/2006/metadata/properties" ma:root="true" ma:fieldsID="cdac4163f34db8ae589800633753215b" ns2:_="" ns3:_="">
    <xsd:import namespace="01cd48bc-3f38-4660-b01b-dff9896444ec"/>
    <xsd:import namespace="4a2c275f-0096-4b10-ac46-7a668053059d"/>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d48bc-3f38-4660-b01b-dff9896444ec"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5594c248-1f6d-4d18-813d-3f69dd1ccf3d"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element name="MediaServiceLocation" ma:index="41" nillable="true" ma:displayName="Location" ma:indexed="true" ma:internalName="MediaServiceLocation" ma:readOnly="true">
      <xsd:simpleType>
        <xsd:restriction base="dms:Text"/>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2c275f-0096-4b10-ac46-7a668053059d" elementFormDefault="qualified">
    <xsd:import namespace="http://schemas.microsoft.com/office/2006/documentManagement/types"/>
    <xsd:import namespace="http://schemas.microsoft.com/office/infopath/2007/PartnerControls"/>
    <xsd:element name="TaxCatchAll" ma:index="35" nillable="true" ma:displayName="Taxonomy Catch All Column" ma:hidden="true" ma:list="{a260bffb-b15d-4294-b3e2-c6b29173e42c}" ma:internalName="TaxCatchAll" ma:showField="CatchAllData" ma:web="4a2c275f-0096-4b10-ac46-7a66805305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lf_Registration_Enabled xmlns="01cd48bc-3f38-4660-b01b-dff9896444ec" xsi:nil="true"/>
    <CultureName xmlns="01cd48bc-3f38-4660-b01b-dff9896444ec" xsi:nil="true"/>
    <TeamsChannelId xmlns="01cd48bc-3f38-4660-b01b-dff9896444ec" xsi:nil="true"/>
    <DefaultSectionNames xmlns="01cd48bc-3f38-4660-b01b-dff9896444ec" xsi:nil="true"/>
    <Members xmlns="01cd48bc-3f38-4660-b01b-dff9896444ec">
      <UserInfo>
        <DisplayName/>
        <AccountId xsi:nil="true"/>
        <AccountType/>
      </UserInfo>
    </Members>
    <Invited_Members xmlns="01cd48bc-3f38-4660-b01b-dff9896444ec" xsi:nil="true"/>
    <Math_Settings xmlns="01cd48bc-3f38-4660-b01b-dff9896444ec" xsi:nil="true"/>
    <Member_Groups xmlns="01cd48bc-3f38-4660-b01b-dff9896444ec">
      <UserInfo>
        <DisplayName/>
        <AccountId xsi:nil="true"/>
        <AccountType/>
      </UserInfo>
    </Member_Groups>
    <Has_Leaders_Only_SectionGroup xmlns="01cd48bc-3f38-4660-b01b-dff9896444ec" xsi:nil="true"/>
    <Owner xmlns="01cd48bc-3f38-4660-b01b-dff9896444ec">
      <UserInfo>
        <DisplayName/>
        <AccountId xsi:nil="true"/>
        <AccountType/>
      </UserInfo>
    </Owner>
    <AppVersion xmlns="01cd48bc-3f38-4660-b01b-dff9896444ec" xsi:nil="true"/>
    <Teams_Channel_Section_Location xmlns="01cd48bc-3f38-4660-b01b-dff9896444ec" xsi:nil="true"/>
    <Templates xmlns="01cd48bc-3f38-4660-b01b-dff9896444ec" xsi:nil="true"/>
    <NotebookType xmlns="01cd48bc-3f38-4660-b01b-dff9896444ec" xsi:nil="true"/>
    <Distribution_Groups xmlns="01cd48bc-3f38-4660-b01b-dff9896444ec" xsi:nil="true"/>
    <IsNotebookLocked xmlns="01cd48bc-3f38-4660-b01b-dff9896444ec" xsi:nil="true"/>
    <Is_Collaboration_Space_Locked xmlns="01cd48bc-3f38-4660-b01b-dff9896444ec" xsi:nil="true"/>
    <FolderType xmlns="01cd48bc-3f38-4660-b01b-dff9896444ec" xsi:nil="true"/>
    <Leaders xmlns="01cd48bc-3f38-4660-b01b-dff9896444ec">
      <UserInfo>
        <DisplayName/>
        <AccountId xsi:nil="true"/>
        <AccountType/>
      </UserInfo>
    </Leaders>
    <lcf76f155ced4ddcb4097134ff3c332f xmlns="01cd48bc-3f38-4660-b01b-dff9896444ec">
      <Terms xmlns="http://schemas.microsoft.com/office/infopath/2007/PartnerControls"/>
    </lcf76f155ced4ddcb4097134ff3c332f>
    <LMS_Mappings xmlns="01cd48bc-3f38-4660-b01b-dff9896444ec" xsi:nil="true"/>
    <Invited_Leaders xmlns="01cd48bc-3f38-4660-b01b-dff9896444ec" xsi:nil="true"/>
    <TaxCatchAll xmlns="4a2c275f-0096-4b10-ac46-7a668053059d"/>
  </documentManagement>
</p:properties>
</file>

<file path=customXml/itemProps1.xml><?xml version="1.0" encoding="utf-8"?>
<ds:datastoreItem xmlns:ds="http://schemas.openxmlformats.org/officeDocument/2006/customXml" ds:itemID="{8C67BF61-1961-4897-A501-1A40AD6488B2}">
  <ds:schemaRefs>
    <ds:schemaRef ds:uri="http://schemas.microsoft.com/sharepoint/v3/contenttype/forms"/>
  </ds:schemaRefs>
</ds:datastoreItem>
</file>

<file path=customXml/itemProps2.xml><?xml version="1.0" encoding="utf-8"?>
<ds:datastoreItem xmlns:ds="http://schemas.openxmlformats.org/officeDocument/2006/customXml" ds:itemID="{D3042638-71EE-4FB5-9717-58F2F2CF2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d48bc-3f38-4660-b01b-dff9896444ec"/>
    <ds:schemaRef ds:uri="4a2c275f-0096-4b10-ac46-7a6680530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BE463910-F1BA-408D-908D-DEA1E51F90E9}">
  <ds:schemaRefs>
    <ds:schemaRef ds:uri="http://schemas.microsoft.com/office/2006/metadata/properties"/>
    <ds:schemaRef ds:uri="http://schemas.microsoft.com/office/infopath/2007/PartnerControls"/>
    <ds:schemaRef ds:uri="01cd48bc-3f38-4660-b01b-dff9896444ec"/>
    <ds:schemaRef ds:uri="4a2c275f-0096-4b10-ac46-7a668053059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4547</Words>
  <Characters>25919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Sarah Augustin</cp:lastModifiedBy>
  <cp:revision>2</cp:revision>
  <dcterms:created xsi:type="dcterms:W3CDTF">2026-07-02T15:58:00Z</dcterms:created>
  <dcterms:modified xsi:type="dcterms:W3CDTF">2026-07-02T15:58:00Z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0x0101008478B3C37C90C24F881E8AC3FB97D962</vt:lpwstr>
  </property>
  <property fmtid="{D5CDD505-2E9C-101B-9397-08002B2CF9AE}" pid="3" name="MediaServiceImageTags">
    <vt:lpwstr/>
  </property>
</Properties>
</file>