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2C26" w14:textId="746236BB" w:rsidR="00FC67C2" w:rsidRDefault="003B0293">
      <w:pPr>
        <w:pStyle w:val="Title"/>
        <w:jc w:val="center"/>
      </w:pPr>
      <w:r>
        <w:t>BEAL HIGH SCHOOL</w:t>
      </w:r>
      <w:r>
        <w:br/>
        <w:t>A LEVEL BUSINESS</w:t>
      </w:r>
      <w:r w:rsidR="00091412">
        <w:t xml:space="preserve"> (AQA)</w:t>
      </w:r>
      <w:r>
        <w:br/>
        <w:t xml:space="preserve">Year 12 </w:t>
      </w:r>
      <w:r w:rsidR="00EF07FF">
        <w:t>Transition</w:t>
      </w:r>
      <w:r>
        <w:t xml:space="preserve"> Work</w:t>
      </w:r>
      <w:r>
        <w:br/>
      </w:r>
    </w:p>
    <w:p w14:paraId="4A6A75BC" w14:textId="3E879288" w:rsidR="00FC67C2" w:rsidRDefault="003B0293">
      <w:r>
        <w:t xml:space="preserve">Name: _______________________  </w:t>
      </w:r>
    </w:p>
    <w:p w14:paraId="71339585" w14:textId="77777777" w:rsidR="00FC67C2" w:rsidRDefault="003B0293">
      <w:pPr>
        <w:pStyle w:val="Heading1"/>
      </w:pPr>
      <w:r>
        <w:t>Welcome</w:t>
      </w:r>
    </w:p>
    <w:p w14:paraId="4CDD1DF5" w14:textId="485DF3F8" w:rsidR="00FC67C2" w:rsidRDefault="003B0293">
      <w:r>
        <w:t xml:space="preserve">Complete this booklet over the summer. Bring it to your first lesson in September. </w:t>
      </w:r>
    </w:p>
    <w:p w14:paraId="59D3120D" w14:textId="77777777" w:rsidR="00FC67C2" w:rsidRDefault="003B0293">
      <w:pPr>
        <w:pStyle w:val="Heading1"/>
      </w:pPr>
      <w:r>
        <w:t>Useful Resources</w:t>
      </w:r>
    </w:p>
    <w:p w14:paraId="11685298" w14:textId="77777777" w:rsidR="00FC67C2" w:rsidRDefault="003B0293">
      <w:pPr>
        <w:pStyle w:val="ListBullet"/>
      </w:pPr>
      <w:r>
        <w:t>Tutor2u Business</w:t>
      </w:r>
    </w:p>
    <w:p w14:paraId="6A354AD6" w14:textId="77777777" w:rsidR="00FC67C2" w:rsidRDefault="003B0293">
      <w:pPr>
        <w:pStyle w:val="ListBullet"/>
      </w:pPr>
      <w:r>
        <w:t>BBC Business News</w:t>
      </w:r>
    </w:p>
    <w:p w14:paraId="1984E7BC" w14:textId="77777777" w:rsidR="00FC67C2" w:rsidRDefault="003B0293">
      <w:pPr>
        <w:pStyle w:val="ListBullet"/>
      </w:pPr>
      <w:r>
        <w:t>Financial Times</w:t>
      </w:r>
    </w:p>
    <w:p w14:paraId="1ABAD1AB" w14:textId="77777777" w:rsidR="00FC67C2" w:rsidRDefault="003B0293">
      <w:pPr>
        <w:pStyle w:val="ListBullet"/>
      </w:pPr>
      <w:r>
        <w:t>The Guardian Business</w:t>
      </w:r>
    </w:p>
    <w:p w14:paraId="0C0A53B5" w14:textId="77777777" w:rsidR="00FC67C2" w:rsidRDefault="003B0293">
      <w:pPr>
        <w:pStyle w:val="ListBullet"/>
      </w:pPr>
      <w:r>
        <w:t>BBC Dragons' Den</w:t>
      </w:r>
    </w:p>
    <w:p w14:paraId="0339FE48" w14:textId="77777777" w:rsidR="00FC67C2" w:rsidRDefault="003B0293">
      <w:r>
        <w:br w:type="page"/>
      </w:r>
    </w:p>
    <w:p w14:paraId="62DCB41F" w14:textId="313C0039" w:rsidR="00FC67C2" w:rsidRDefault="00091412">
      <w:pPr>
        <w:pStyle w:val="Heading1"/>
      </w:pPr>
      <w:r>
        <w:lastRenderedPageBreak/>
        <w:t>Task 1 Research Tasks</w:t>
      </w:r>
    </w:p>
    <w:p w14:paraId="6D3C30A0" w14:textId="77777777" w:rsidR="00091412" w:rsidRDefault="00091412" w:rsidP="00091412">
      <w:r w:rsidRPr="00091412">
        <w:t xml:space="preserve">Recommended book: AS and A level Business: CGP Business Revision and Practice Main Task • </w:t>
      </w:r>
    </w:p>
    <w:p w14:paraId="5098B3C8" w14:textId="6DEC72A4" w:rsidR="00091412" w:rsidRDefault="00091412" w:rsidP="00091412">
      <w:r w:rsidRPr="00091412">
        <w:t xml:space="preserve">Watch the following video tutorial series and make </w:t>
      </w:r>
      <w:proofErr w:type="gramStart"/>
      <w:r w:rsidRPr="00091412">
        <w:t xml:space="preserve">notes </w:t>
      </w:r>
      <w:r>
        <w:t xml:space="preserve"> (</w:t>
      </w:r>
      <w:proofErr w:type="gramEnd"/>
      <w:r>
        <w:t xml:space="preserve"> 3 pages)</w:t>
      </w:r>
    </w:p>
    <w:p w14:paraId="12B7942B" w14:textId="4A97F6C3" w:rsidR="00043C51" w:rsidRDefault="00043C51" w:rsidP="00091412">
      <w:hyperlink r:id="rId6" w:history="1">
        <w:r w:rsidRPr="00FD1A26">
          <w:rPr>
            <w:rStyle w:val="Hyperlink"/>
          </w:rPr>
          <w:t>https://ondemand.tutor2u.net/students/introduction-to-aqa-a-level-business-getting-started</w:t>
        </w:r>
      </w:hyperlink>
    </w:p>
    <w:p w14:paraId="53F8022C" w14:textId="4D322B6B" w:rsidR="00091412" w:rsidRPr="00091412" w:rsidRDefault="00091412" w:rsidP="00091412">
      <w:r w:rsidRPr="00091412">
        <w:t xml:space="preserve"> Sign up with https://www.tutor2u.net/Business</w:t>
      </w:r>
    </w:p>
    <w:p w14:paraId="6D0EA8F6" w14:textId="77777777" w:rsidR="00FC67C2" w:rsidRDefault="003B0293">
      <w:pPr>
        <w:pStyle w:val="Heading2"/>
      </w:pPr>
      <w:r>
        <w:t>Task 2 - Entrepreneur Research</w:t>
      </w:r>
    </w:p>
    <w:p w14:paraId="6674D947" w14:textId="77777777" w:rsidR="00FC67C2" w:rsidRDefault="003B0293">
      <w:r>
        <w:t>Research ONE entrepreneur (James Dyson, Sara Davies, Levi Roots or Steven Bartlett). Include:</w:t>
      </w:r>
    </w:p>
    <w:p w14:paraId="2BC078FF" w14:textId="77777777" w:rsidR="00FC67C2" w:rsidRDefault="003B0293">
      <w:pPr>
        <w:pStyle w:val="ListBullet"/>
      </w:pPr>
      <w:r>
        <w:t>Background</w:t>
      </w:r>
    </w:p>
    <w:p w14:paraId="11EEA050" w14:textId="77777777" w:rsidR="00FC67C2" w:rsidRDefault="003B0293">
      <w:pPr>
        <w:pStyle w:val="ListBullet"/>
      </w:pPr>
      <w:r>
        <w:t>Business idea</w:t>
      </w:r>
    </w:p>
    <w:p w14:paraId="0A88D018" w14:textId="77777777" w:rsidR="00FC67C2" w:rsidRDefault="003B0293">
      <w:pPr>
        <w:pStyle w:val="ListBullet"/>
      </w:pPr>
      <w:r>
        <w:t>Why successful</w:t>
      </w:r>
    </w:p>
    <w:p w14:paraId="3DA3D095" w14:textId="77777777" w:rsidR="00FC67C2" w:rsidRDefault="003B0293">
      <w:pPr>
        <w:pStyle w:val="ListBullet"/>
      </w:pPr>
      <w:r>
        <w:t>Challenges</w:t>
      </w:r>
    </w:p>
    <w:p w14:paraId="5085AFE1" w14:textId="77777777" w:rsidR="00FC67C2" w:rsidRDefault="003B0293">
      <w:pPr>
        <w:pStyle w:val="ListBullet"/>
      </w:pPr>
      <w:r>
        <w:t>Three qualities</w:t>
      </w:r>
    </w:p>
    <w:p w14:paraId="33B93D14" w14:textId="77777777" w:rsidR="00FC67C2" w:rsidRDefault="003B0293">
      <w:pPr>
        <w:pStyle w:val="Heading2"/>
      </w:pPr>
      <w:r>
        <w:t>Task 3 - Business News</w:t>
      </w:r>
    </w:p>
    <w:p w14:paraId="64690925" w14:textId="77777777" w:rsidR="00FC67C2" w:rsidRDefault="003B0293">
      <w:r>
        <w:t>Read TWO business articles (Tutor2u/BBC/FT).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FC67C2" w14:paraId="21D6F86E" w14:textId="77777777">
        <w:tc>
          <w:tcPr>
            <w:tcW w:w="2880" w:type="dxa"/>
          </w:tcPr>
          <w:p w14:paraId="2C90CB53" w14:textId="77777777" w:rsidR="00FC67C2" w:rsidRDefault="003B0293">
            <w:r>
              <w:t>Question</w:t>
            </w:r>
          </w:p>
        </w:tc>
        <w:tc>
          <w:tcPr>
            <w:tcW w:w="2880" w:type="dxa"/>
          </w:tcPr>
          <w:p w14:paraId="49D504CC" w14:textId="77777777" w:rsidR="00FC67C2" w:rsidRDefault="003B0293">
            <w:r>
              <w:t>Article 1</w:t>
            </w:r>
          </w:p>
        </w:tc>
        <w:tc>
          <w:tcPr>
            <w:tcW w:w="2880" w:type="dxa"/>
          </w:tcPr>
          <w:p w14:paraId="0C25D131" w14:textId="77777777" w:rsidR="00FC67C2" w:rsidRDefault="003B0293">
            <w:r>
              <w:t>Article 2</w:t>
            </w:r>
          </w:p>
        </w:tc>
      </w:tr>
      <w:tr w:rsidR="00FC67C2" w14:paraId="205B4067" w14:textId="77777777">
        <w:tc>
          <w:tcPr>
            <w:tcW w:w="2880" w:type="dxa"/>
          </w:tcPr>
          <w:p w14:paraId="4F054D35" w14:textId="77777777" w:rsidR="00FC67C2" w:rsidRDefault="003B0293">
            <w:r>
              <w:t>Business name</w:t>
            </w:r>
          </w:p>
        </w:tc>
        <w:tc>
          <w:tcPr>
            <w:tcW w:w="2880" w:type="dxa"/>
          </w:tcPr>
          <w:p w14:paraId="196FBB67" w14:textId="77777777" w:rsidR="00FC67C2" w:rsidRDefault="00FC67C2"/>
        </w:tc>
        <w:tc>
          <w:tcPr>
            <w:tcW w:w="2880" w:type="dxa"/>
          </w:tcPr>
          <w:p w14:paraId="6E752D64" w14:textId="77777777" w:rsidR="00FC67C2" w:rsidRDefault="00FC67C2"/>
        </w:tc>
      </w:tr>
      <w:tr w:rsidR="00FC67C2" w14:paraId="356DECE0" w14:textId="77777777">
        <w:tc>
          <w:tcPr>
            <w:tcW w:w="2880" w:type="dxa"/>
          </w:tcPr>
          <w:p w14:paraId="67C2789F" w14:textId="77777777" w:rsidR="00FC67C2" w:rsidRDefault="003B0293">
            <w:r>
              <w:t>What happened?</w:t>
            </w:r>
          </w:p>
        </w:tc>
        <w:tc>
          <w:tcPr>
            <w:tcW w:w="2880" w:type="dxa"/>
          </w:tcPr>
          <w:p w14:paraId="2A9A575C" w14:textId="77777777" w:rsidR="00FC67C2" w:rsidRDefault="00FC67C2"/>
        </w:tc>
        <w:tc>
          <w:tcPr>
            <w:tcW w:w="2880" w:type="dxa"/>
          </w:tcPr>
          <w:p w14:paraId="7E1637F7" w14:textId="77777777" w:rsidR="00FC67C2" w:rsidRDefault="00FC67C2"/>
        </w:tc>
      </w:tr>
      <w:tr w:rsidR="00FC67C2" w14:paraId="0741794D" w14:textId="77777777">
        <w:tc>
          <w:tcPr>
            <w:tcW w:w="2880" w:type="dxa"/>
          </w:tcPr>
          <w:p w14:paraId="552527D0" w14:textId="77777777" w:rsidR="00FC67C2" w:rsidRDefault="003B0293">
            <w:r>
              <w:t>Why is it important?</w:t>
            </w:r>
          </w:p>
        </w:tc>
        <w:tc>
          <w:tcPr>
            <w:tcW w:w="2880" w:type="dxa"/>
          </w:tcPr>
          <w:p w14:paraId="0D75399F" w14:textId="77777777" w:rsidR="00FC67C2" w:rsidRDefault="00FC67C2"/>
        </w:tc>
        <w:tc>
          <w:tcPr>
            <w:tcW w:w="2880" w:type="dxa"/>
          </w:tcPr>
          <w:p w14:paraId="6530412E" w14:textId="77777777" w:rsidR="00FC67C2" w:rsidRDefault="00FC67C2"/>
        </w:tc>
      </w:tr>
    </w:tbl>
    <w:p w14:paraId="75D72E8D" w14:textId="77777777" w:rsidR="00FC67C2" w:rsidRDefault="003B0293">
      <w:r>
        <w:br w:type="page"/>
      </w:r>
    </w:p>
    <w:p w14:paraId="5B21BE2C" w14:textId="77777777" w:rsidR="00FC67C2" w:rsidRDefault="003B0293">
      <w:pPr>
        <w:pStyle w:val="Heading1"/>
      </w:pPr>
      <w:r>
        <w:lastRenderedPageBreak/>
        <w:t>Business Maths</w:t>
      </w:r>
    </w:p>
    <w:p w14:paraId="38898E01" w14:textId="77777777" w:rsidR="00FC67C2" w:rsidRDefault="003B0293">
      <w:r>
        <w:t>1. 250 products at £8 each. Calculate revenue.</w:t>
      </w:r>
    </w:p>
    <w:p w14:paraId="1019850C" w14:textId="77777777" w:rsidR="00FC67C2" w:rsidRDefault="003B0293">
      <w:r>
        <w:t>Answer: __________________________________________</w:t>
      </w:r>
    </w:p>
    <w:p w14:paraId="3E11D82E" w14:textId="77777777" w:rsidR="00FC67C2" w:rsidRDefault="003B0293">
      <w:r>
        <w:t>2. 480 coffees at £3.20 each. Calculate revenue.</w:t>
      </w:r>
    </w:p>
    <w:p w14:paraId="4D9F26BD" w14:textId="77777777" w:rsidR="00FC67C2" w:rsidRDefault="003B0293">
      <w:r>
        <w:t>Answer: __________________________________________</w:t>
      </w:r>
    </w:p>
    <w:p w14:paraId="6D9E0C2E" w14:textId="77777777" w:rsidR="00FC67C2" w:rsidRDefault="003B0293">
      <w:r>
        <w:t>3. Revenue £8,400; Costs £6,100. Calculate profit.</w:t>
      </w:r>
    </w:p>
    <w:p w14:paraId="634633A6" w14:textId="77777777" w:rsidR="00FC67C2" w:rsidRDefault="003B0293">
      <w:r>
        <w:t>Answer: __________________________________________</w:t>
      </w:r>
    </w:p>
    <w:p w14:paraId="173859B9" w14:textId="77777777" w:rsidR="00FC67C2" w:rsidRDefault="003B0293">
      <w:r>
        <w:t>4. Revenue £12,000; Costs £12,850. Calculate profit.</w:t>
      </w:r>
    </w:p>
    <w:p w14:paraId="67D6CFB1" w14:textId="77777777" w:rsidR="00FC67C2" w:rsidRDefault="003B0293">
      <w:r>
        <w:t>Answer: __________________________________________</w:t>
      </w:r>
    </w:p>
    <w:p w14:paraId="36EAB010" w14:textId="77777777" w:rsidR="00FC67C2" w:rsidRDefault="003B0293">
      <w:r>
        <w:t xml:space="preserve">5. Revenue increases £45,000 to £54,000. </w:t>
      </w:r>
      <w:proofErr w:type="gramStart"/>
      <w:r>
        <w:t>Calculate</w:t>
      </w:r>
      <w:proofErr w:type="gramEnd"/>
      <w:r>
        <w:t xml:space="preserve"> % increase.</w:t>
      </w:r>
    </w:p>
    <w:p w14:paraId="64712BD4" w14:textId="77777777" w:rsidR="00FC67C2" w:rsidRDefault="003B0293">
      <w:r>
        <w:t>Answer: __________________________________________</w:t>
      </w:r>
    </w:p>
    <w:p w14:paraId="64AB51EF" w14:textId="77777777" w:rsidR="00FC67C2" w:rsidRDefault="003B0293">
      <w:r>
        <w:t xml:space="preserve">6. Sales increase 240 to 300. </w:t>
      </w:r>
      <w:proofErr w:type="gramStart"/>
      <w:r>
        <w:t>Calculate</w:t>
      </w:r>
      <w:proofErr w:type="gramEnd"/>
      <w:r>
        <w:t xml:space="preserve"> % increase.</w:t>
      </w:r>
    </w:p>
    <w:p w14:paraId="1B732993" w14:textId="77777777" w:rsidR="00FC67C2" w:rsidRDefault="003B0293">
      <w:r>
        <w:t>Answer: __________________________________________</w:t>
      </w:r>
    </w:p>
    <w:p w14:paraId="2C0EA786" w14:textId="77777777" w:rsidR="00FC67C2" w:rsidRDefault="003B0293">
      <w:r>
        <w:t xml:space="preserve">7. Customers </w:t>
      </w:r>
      <w:proofErr w:type="gramStart"/>
      <w:r>
        <w:t>decrease</w:t>
      </w:r>
      <w:proofErr w:type="gramEnd"/>
      <w:r>
        <w:t xml:space="preserve"> 2,400 to 1,800. </w:t>
      </w:r>
      <w:proofErr w:type="gramStart"/>
      <w:r>
        <w:t>Calculate</w:t>
      </w:r>
      <w:proofErr w:type="gramEnd"/>
      <w:r>
        <w:t xml:space="preserve"> % decrease.</w:t>
      </w:r>
    </w:p>
    <w:p w14:paraId="493D7F38" w14:textId="77777777" w:rsidR="00FC67C2" w:rsidRDefault="003B0293">
      <w:r>
        <w:t>Answer: __________________________________________</w:t>
      </w:r>
    </w:p>
    <w:p w14:paraId="57466261" w14:textId="77777777" w:rsidR="00FC67C2" w:rsidRDefault="003B0293">
      <w:r>
        <w:t xml:space="preserve">8. Revenue decreases £75,000 to £60,000. </w:t>
      </w:r>
      <w:proofErr w:type="gramStart"/>
      <w:r>
        <w:t>Calculate</w:t>
      </w:r>
      <w:proofErr w:type="gramEnd"/>
      <w:r>
        <w:t xml:space="preserve"> % decrease.</w:t>
      </w:r>
    </w:p>
    <w:p w14:paraId="423917AD" w14:textId="77777777" w:rsidR="00FC67C2" w:rsidRDefault="003B0293">
      <w:r>
        <w:t>Answer: __________________________________________</w:t>
      </w:r>
    </w:p>
    <w:p w14:paraId="234E2C07" w14:textId="77777777" w:rsidR="00FC67C2" w:rsidRDefault="003B0293">
      <w:r>
        <w:t>9. Average of 120,145,130,150,155.</w:t>
      </w:r>
    </w:p>
    <w:p w14:paraId="08FBDCC4" w14:textId="77777777" w:rsidR="00FC67C2" w:rsidRDefault="003B0293">
      <w:r>
        <w:t>Answer: __________________________________________</w:t>
      </w:r>
    </w:p>
    <w:p w14:paraId="73D726DE" w14:textId="4C73AC7F" w:rsidR="00FC67C2" w:rsidRDefault="003B0293">
      <w:r>
        <w:t>____________________</w:t>
      </w:r>
    </w:p>
    <w:sectPr w:rsidR="00FC67C2" w:rsidSect="00091412">
      <w:pgSz w:w="12240" w:h="15840"/>
      <w:pgMar w:top="1440" w:right="1800" w:bottom="1440" w:left="180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690693">
    <w:abstractNumId w:val="8"/>
  </w:num>
  <w:num w:numId="2" w16cid:durableId="1143741032">
    <w:abstractNumId w:val="6"/>
  </w:num>
  <w:num w:numId="3" w16cid:durableId="1645550727">
    <w:abstractNumId w:val="5"/>
  </w:num>
  <w:num w:numId="4" w16cid:durableId="778766075">
    <w:abstractNumId w:val="4"/>
  </w:num>
  <w:num w:numId="5" w16cid:durableId="1377046960">
    <w:abstractNumId w:val="7"/>
  </w:num>
  <w:num w:numId="6" w16cid:durableId="2102330965">
    <w:abstractNumId w:val="3"/>
  </w:num>
  <w:num w:numId="7" w16cid:durableId="1831290374">
    <w:abstractNumId w:val="2"/>
  </w:num>
  <w:num w:numId="8" w16cid:durableId="831413943">
    <w:abstractNumId w:val="1"/>
  </w:num>
  <w:num w:numId="9" w16cid:durableId="523321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B5C"/>
    <w:rsid w:val="00034616"/>
    <w:rsid w:val="00043C51"/>
    <w:rsid w:val="0006063C"/>
    <w:rsid w:val="00091412"/>
    <w:rsid w:val="0015074B"/>
    <w:rsid w:val="00193F88"/>
    <w:rsid w:val="001D0A9E"/>
    <w:rsid w:val="0029639D"/>
    <w:rsid w:val="00326F90"/>
    <w:rsid w:val="003B0293"/>
    <w:rsid w:val="006C3F8C"/>
    <w:rsid w:val="00AA1D8D"/>
    <w:rsid w:val="00B47730"/>
    <w:rsid w:val="00CB0664"/>
    <w:rsid w:val="00EF07FF"/>
    <w:rsid w:val="00FC67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17A91"/>
  <w14:defaultImageDpi w14:val="300"/>
  <w15:docId w15:val="{03DF815A-EC8F-4D8E-A667-C03DBE9F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43C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demand.tutor2u.net/students/introduction-to-aqa-a-level-business-getting-start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Ouma Soobadoo</cp:lastModifiedBy>
  <cp:revision>3</cp:revision>
  <dcterms:created xsi:type="dcterms:W3CDTF">2026-07-02T08:52:00Z</dcterms:created>
  <dcterms:modified xsi:type="dcterms:W3CDTF">2026-07-13T09:36:00Z</dcterms:modified>
  <cp:category/>
</cp:coreProperties>
</file>